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E728B" w14:textId="4B926811" w:rsidR="0028223E" w:rsidRPr="007E0F8E" w:rsidRDefault="00FF7CF0">
      <w:pPr>
        <w:pStyle w:val="Ttulo1"/>
        <w:jc w:val="center"/>
        <w:rPr>
          <w:rFonts w:cstheme="majorHAnsi"/>
          <w:color w:val="000000" w:themeColor="text1"/>
          <w:sz w:val="22"/>
          <w:szCs w:val="22"/>
        </w:rPr>
      </w:pPr>
      <w:r w:rsidRPr="007E0F8E">
        <w:rPr>
          <w:rFonts w:cstheme="majorHAnsi"/>
          <w:color w:val="000000" w:themeColor="text1"/>
          <w:sz w:val="22"/>
          <w:szCs w:val="22"/>
        </w:rPr>
        <w:t>ANEXO IV</w:t>
      </w:r>
      <w:r w:rsidRPr="007E0F8E">
        <w:rPr>
          <w:rFonts w:cstheme="majorHAnsi"/>
          <w:color w:val="000000" w:themeColor="text1"/>
          <w:sz w:val="22"/>
          <w:szCs w:val="22"/>
        </w:rPr>
        <w:br/>
      </w:r>
      <w:r w:rsidR="00625487" w:rsidRPr="007E0F8E">
        <w:rPr>
          <w:rFonts w:cstheme="majorHAnsi"/>
          <w:color w:val="000000" w:themeColor="text1"/>
          <w:sz w:val="22"/>
          <w:szCs w:val="22"/>
        </w:rPr>
        <w:t>CUENTA JUSTIFICATIVA SIMPLIFICADA</w:t>
      </w:r>
      <w:r w:rsidR="00625487" w:rsidRPr="007E0F8E">
        <w:rPr>
          <w:rFonts w:cstheme="majorHAnsi"/>
          <w:color w:val="000000" w:themeColor="text1"/>
          <w:sz w:val="22"/>
          <w:szCs w:val="22"/>
        </w:rPr>
        <w:br/>
        <w:t>SUBVENCIONES A AYUNTAMIENTOS Y ENTIDADES LOCALES MENORES DE LA PROVINCIA DE CUENCA CON POBLACIÓN INFERIOR A 1.800 HABITANTES DESTINADAS A FOMENTAR LA REALIZACIÓN Y MEJORA DE LOS SERVICIOS MUNICIPALES, ANUALIDAD 2026.</w:t>
      </w:r>
      <w:r w:rsidR="00625487" w:rsidRPr="007E0F8E">
        <w:rPr>
          <w:rFonts w:cstheme="majorHAnsi"/>
          <w:color w:val="000000" w:themeColor="text1"/>
          <w:sz w:val="22"/>
          <w:szCs w:val="22"/>
        </w:rPr>
        <w:br/>
      </w:r>
    </w:p>
    <w:p w14:paraId="083D1EA2" w14:textId="77777777" w:rsidR="0028223E" w:rsidRPr="007E0F8E" w:rsidRDefault="00FF7CF0">
      <w:pPr>
        <w:jc w:val="center"/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>(Artículo 75 del Real Decreto 887/2006)</w:t>
      </w:r>
    </w:p>
    <w:p w14:paraId="2BCCE20D" w14:textId="1A8F6A44" w:rsidR="0028223E" w:rsidRPr="007E0F8E" w:rsidRDefault="0028223E" w:rsidP="00625487">
      <w:pPr>
        <w:pStyle w:val="Ttulo2"/>
        <w:rPr>
          <w:rFonts w:cstheme="majorHAnsi"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8634"/>
      </w:tblGrid>
      <w:tr w:rsidR="0028223E" w:rsidRPr="007E0F8E" w14:paraId="618671E7" w14:textId="77777777" w:rsidTr="00151547">
        <w:tc>
          <w:tcPr>
            <w:tcW w:w="1817" w:type="pct"/>
          </w:tcPr>
          <w:p w14:paraId="6E08E536" w14:textId="77777777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Entidad local beneficiaria</w:t>
            </w:r>
          </w:p>
        </w:tc>
        <w:tc>
          <w:tcPr>
            <w:tcW w:w="3183" w:type="pct"/>
          </w:tcPr>
          <w:p w14:paraId="664E364F" w14:textId="77777777" w:rsidR="0028223E" w:rsidRPr="007E0F8E" w:rsidRDefault="0028223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28223E" w:rsidRPr="007E0F8E" w14:paraId="739A7413" w14:textId="77777777" w:rsidTr="00151547">
        <w:tc>
          <w:tcPr>
            <w:tcW w:w="1817" w:type="pct"/>
          </w:tcPr>
          <w:p w14:paraId="7DCC98C2" w14:textId="77777777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CIF</w:t>
            </w:r>
          </w:p>
        </w:tc>
        <w:tc>
          <w:tcPr>
            <w:tcW w:w="3183" w:type="pct"/>
          </w:tcPr>
          <w:p w14:paraId="2D0D559F" w14:textId="77777777" w:rsidR="0028223E" w:rsidRPr="007E0F8E" w:rsidRDefault="0028223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28223E" w:rsidRPr="007E0F8E" w14:paraId="09016CD5" w14:textId="77777777" w:rsidTr="00151547">
        <w:tc>
          <w:tcPr>
            <w:tcW w:w="1817" w:type="pct"/>
          </w:tcPr>
          <w:p w14:paraId="0763E967" w14:textId="77777777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 xml:space="preserve">Expediente </w:t>
            </w:r>
            <w:proofErr w:type="spellStart"/>
            <w:r w:rsidRPr="007E0F8E">
              <w:rPr>
                <w:rFonts w:asciiTheme="majorHAnsi" w:hAnsiTheme="majorHAnsi" w:cstheme="majorHAnsi"/>
                <w:color w:val="000000" w:themeColor="text1"/>
              </w:rPr>
              <w:t>nº</w:t>
            </w:r>
            <w:proofErr w:type="spellEnd"/>
          </w:p>
        </w:tc>
        <w:tc>
          <w:tcPr>
            <w:tcW w:w="3183" w:type="pct"/>
          </w:tcPr>
          <w:p w14:paraId="1EFDC87F" w14:textId="77777777" w:rsidR="0028223E" w:rsidRPr="007E0F8E" w:rsidRDefault="0028223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28223E" w:rsidRPr="007E0F8E" w14:paraId="25185E9C" w14:textId="77777777" w:rsidTr="00151547">
        <w:tc>
          <w:tcPr>
            <w:tcW w:w="1817" w:type="pct"/>
          </w:tcPr>
          <w:p w14:paraId="16B8DFCE" w14:textId="56E75AAB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 xml:space="preserve">Importe subvención </w:t>
            </w:r>
            <w:proofErr w:type="gramStart"/>
            <w:r w:rsidRPr="007E0F8E">
              <w:rPr>
                <w:rFonts w:asciiTheme="majorHAnsi" w:hAnsiTheme="majorHAnsi" w:cstheme="majorHAnsi"/>
                <w:color w:val="000000" w:themeColor="text1"/>
              </w:rPr>
              <w:t>concedida</w:t>
            </w:r>
            <w:r w:rsidR="00CA4435" w:rsidRPr="007E0F8E">
              <w:rPr>
                <w:rFonts w:asciiTheme="majorHAnsi" w:hAnsiTheme="majorHAnsi" w:cstheme="majorHAnsi"/>
                <w:color w:val="000000" w:themeColor="text1"/>
              </w:rPr>
              <w:t xml:space="preserve">  (</w:t>
            </w:r>
            <w:proofErr w:type="gramEnd"/>
            <w:r w:rsidR="00CA4435" w:rsidRPr="007E0F8E">
              <w:rPr>
                <w:rFonts w:asciiTheme="majorHAnsi" w:hAnsiTheme="majorHAnsi" w:cstheme="majorHAnsi"/>
                <w:color w:val="000000" w:themeColor="text1"/>
              </w:rPr>
              <w:t>€)</w:t>
            </w:r>
          </w:p>
        </w:tc>
        <w:tc>
          <w:tcPr>
            <w:tcW w:w="3183" w:type="pct"/>
          </w:tcPr>
          <w:p w14:paraId="4D6E8CB2" w14:textId="1C0704D7" w:rsidR="0028223E" w:rsidRPr="007E0F8E" w:rsidRDefault="00E437D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 xml:space="preserve">                        </w:t>
            </w:r>
          </w:p>
        </w:tc>
      </w:tr>
      <w:tr w:rsidR="0028223E" w:rsidRPr="007E0F8E" w14:paraId="2D6EA594" w14:textId="77777777" w:rsidTr="00151547">
        <w:tc>
          <w:tcPr>
            <w:tcW w:w="1817" w:type="pct"/>
          </w:tcPr>
          <w:p w14:paraId="32F24743" w14:textId="77777777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Importe total justificado (€)</w:t>
            </w:r>
          </w:p>
        </w:tc>
        <w:tc>
          <w:tcPr>
            <w:tcW w:w="3183" w:type="pct"/>
          </w:tcPr>
          <w:p w14:paraId="13A49ED9" w14:textId="77777777" w:rsidR="0028223E" w:rsidRPr="007E0F8E" w:rsidRDefault="0028223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28223E" w:rsidRPr="007E0F8E" w14:paraId="140B6ED1" w14:textId="77777777" w:rsidTr="00151547">
        <w:tc>
          <w:tcPr>
            <w:tcW w:w="1817" w:type="pct"/>
          </w:tcPr>
          <w:p w14:paraId="08D2E1D5" w14:textId="77777777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Periodo de ejecución</w:t>
            </w:r>
          </w:p>
        </w:tc>
        <w:tc>
          <w:tcPr>
            <w:tcW w:w="3183" w:type="pct"/>
          </w:tcPr>
          <w:p w14:paraId="1D2E4B4C" w14:textId="38F77105" w:rsidR="0028223E" w:rsidRPr="007E0F8E" w:rsidRDefault="00F30D5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Desde 01/09/2025 hasta 31/08/2026</w:t>
            </w:r>
          </w:p>
        </w:tc>
      </w:tr>
    </w:tbl>
    <w:p w14:paraId="15A6F0FD" w14:textId="5DA82A13" w:rsidR="0028223E" w:rsidRPr="007E0F8E" w:rsidRDefault="009F7EE3" w:rsidP="009F7EE3">
      <w:pPr>
        <w:pStyle w:val="Ttulo2"/>
        <w:ind w:left="2880" w:firstLine="720"/>
        <w:rPr>
          <w:rFonts w:cstheme="majorHAnsi"/>
          <w:color w:val="000000" w:themeColor="text1"/>
          <w:sz w:val="22"/>
          <w:szCs w:val="22"/>
        </w:rPr>
      </w:pPr>
      <w:r w:rsidRPr="007E0F8E">
        <w:rPr>
          <w:rFonts w:cstheme="majorHAnsi"/>
          <w:color w:val="000000" w:themeColor="text1"/>
          <w:sz w:val="22"/>
          <w:szCs w:val="22"/>
        </w:rPr>
        <w:t>CERTIFICADO</w:t>
      </w:r>
    </w:p>
    <w:p w14:paraId="4E47C12C" w14:textId="77777777" w:rsidR="009F7EE3" w:rsidRPr="007E0F8E" w:rsidRDefault="009F7EE3" w:rsidP="009F7EE3"/>
    <w:p w14:paraId="43D8BAAF" w14:textId="77777777" w:rsidR="009F7EE3" w:rsidRPr="007E0F8E" w:rsidRDefault="00FF7CF0" w:rsidP="009F7EE3">
      <w:pPr>
        <w:jc w:val="both"/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>D./</w:t>
      </w:r>
      <w:proofErr w:type="gramStart"/>
      <w:r w:rsidRPr="007E0F8E">
        <w:rPr>
          <w:rFonts w:asciiTheme="majorHAnsi" w:hAnsiTheme="majorHAnsi" w:cstheme="majorHAnsi"/>
          <w:color w:val="000000" w:themeColor="text1"/>
        </w:rPr>
        <w:t>D.ª</w:t>
      </w:r>
      <w:proofErr w:type="gramEnd"/>
      <w:r w:rsidRPr="007E0F8E">
        <w:rPr>
          <w:rFonts w:asciiTheme="majorHAnsi" w:hAnsiTheme="majorHAnsi" w:cstheme="majorHAnsi"/>
          <w:color w:val="000000" w:themeColor="text1"/>
        </w:rPr>
        <w:t xml:space="preserve"> ________________________, </w:t>
      </w:r>
      <w:proofErr w:type="gramStart"/>
      <w:r w:rsidRPr="007E0F8E">
        <w:rPr>
          <w:rFonts w:asciiTheme="majorHAnsi" w:hAnsiTheme="majorHAnsi" w:cstheme="majorHAnsi"/>
          <w:color w:val="000000" w:themeColor="text1"/>
        </w:rPr>
        <w:t>Secretario</w:t>
      </w:r>
      <w:proofErr w:type="gramEnd"/>
      <w:r w:rsidRPr="007E0F8E">
        <w:rPr>
          <w:rFonts w:asciiTheme="majorHAnsi" w:hAnsiTheme="majorHAnsi" w:cstheme="majorHAnsi"/>
          <w:color w:val="000000" w:themeColor="text1"/>
        </w:rPr>
        <w:t xml:space="preserve">/a–Interventor/a del Ayuntamiento / Entidad Local de ____________________, </w:t>
      </w:r>
    </w:p>
    <w:p w14:paraId="2733C3B9" w14:textId="5C937848" w:rsidR="00625487" w:rsidRPr="007E0F8E" w:rsidRDefault="00FF7CF0" w:rsidP="00625487">
      <w:pPr>
        <w:jc w:val="both"/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>CERTIFICA</w:t>
      </w:r>
      <w:r w:rsidR="009F7EE3" w:rsidRPr="007E0F8E">
        <w:rPr>
          <w:rFonts w:asciiTheme="majorHAnsi" w:hAnsiTheme="majorHAnsi" w:cstheme="majorHAnsi"/>
          <w:color w:val="000000" w:themeColor="text1"/>
        </w:rPr>
        <w:t xml:space="preserve">: </w:t>
      </w:r>
      <w:r w:rsidRPr="007E0F8E">
        <w:rPr>
          <w:rFonts w:asciiTheme="majorHAnsi" w:hAnsiTheme="majorHAnsi" w:cstheme="majorHAnsi"/>
          <w:color w:val="000000" w:themeColor="text1"/>
        </w:rPr>
        <w:t xml:space="preserve"> que</w:t>
      </w:r>
      <w:r w:rsidR="009F7EE3" w:rsidRPr="007E0F8E">
        <w:rPr>
          <w:rFonts w:asciiTheme="majorHAnsi" w:hAnsiTheme="majorHAnsi" w:cstheme="majorHAnsi"/>
          <w:color w:val="000000" w:themeColor="text1"/>
        </w:rPr>
        <w:t xml:space="preserve">, </w:t>
      </w:r>
      <w:r w:rsidR="00CA4435" w:rsidRPr="007E0F8E">
        <w:rPr>
          <w:rFonts w:asciiTheme="majorHAnsi" w:hAnsiTheme="majorHAnsi" w:cstheme="majorHAnsi"/>
          <w:color w:val="000000" w:themeColor="text1"/>
        </w:rPr>
        <w:t xml:space="preserve">bajo mi responsabilidad y conforme a la documentación obrante en esta entidad local </w:t>
      </w:r>
      <w:r w:rsidR="009F7EE3" w:rsidRPr="007E0F8E">
        <w:rPr>
          <w:rFonts w:asciiTheme="majorHAnsi" w:hAnsiTheme="majorHAnsi" w:cstheme="majorHAnsi"/>
          <w:color w:val="000000" w:themeColor="text1"/>
        </w:rPr>
        <w:t xml:space="preserve">a cuya documentación me remito en todo momento, consta que </w:t>
      </w:r>
      <w:r w:rsidRPr="007E0F8E">
        <w:rPr>
          <w:rFonts w:asciiTheme="majorHAnsi" w:hAnsiTheme="majorHAnsi" w:cstheme="majorHAnsi"/>
          <w:color w:val="000000" w:themeColor="text1"/>
        </w:rPr>
        <w:t xml:space="preserve">los gastos incluidos han sido efectivamente realizados y pagados, corresponden a gastos corrientes vinculados al funcionamiento </w:t>
      </w:r>
      <w:r w:rsidR="00A2534E" w:rsidRPr="007E0F8E">
        <w:rPr>
          <w:rFonts w:asciiTheme="majorHAnsi" w:hAnsiTheme="majorHAnsi" w:cstheme="majorHAnsi"/>
          <w:color w:val="000000" w:themeColor="text1"/>
        </w:rPr>
        <w:t xml:space="preserve">de los servicios </w:t>
      </w:r>
      <w:r w:rsidRPr="007E0F8E">
        <w:rPr>
          <w:rFonts w:asciiTheme="majorHAnsi" w:hAnsiTheme="majorHAnsi" w:cstheme="majorHAnsi"/>
          <w:color w:val="000000" w:themeColor="text1"/>
        </w:rPr>
        <w:t>municipal</w:t>
      </w:r>
      <w:r w:rsidR="00A2534E" w:rsidRPr="007E0F8E">
        <w:rPr>
          <w:rFonts w:asciiTheme="majorHAnsi" w:hAnsiTheme="majorHAnsi" w:cstheme="majorHAnsi"/>
          <w:color w:val="000000" w:themeColor="text1"/>
        </w:rPr>
        <w:t>es</w:t>
      </w:r>
      <w:r w:rsidRPr="007E0F8E">
        <w:rPr>
          <w:rFonts w:asciiTheme="majorHAnsi" w:hAnsiTheme="majorHAnsi" w:cstheme="majorHAnsi"/>
          <w:color w:val="000000" w:themeColor="text1"/>
        </w:rPr>
        <w:t xml:space="preserve"> y que la documentación original se conserva y estará disponible para </w:t>
      </w:r>
      <w:r w:rsidR="003E7D59" w:rsidRPr="007E0F8E">
        <w:rPr>
          <w:rFonts w:asciiTheme="majorHAnsi" w:hAnsiTheme="majorHAnsi" w:cstheme="majorHAnsi"/>
          <w:color w:val="000000" w:themeColor="text1"/>
        </w:rPr>
        <w:t xml:space="preserve">su </w:t>
      </w:r>
      <w:r w:rsidRPr="007E0F8E">
        <w:rPr>
          <w:rFonts w:asciiTheme="majorHAnsi" w:hAnsiTheme="majorHAnsi" w:cstheme="majorHAnsi"/>
          <w:color w:val="000000" w:themeColor="text1"/>
        </w:rPr>
        <w:t>comprobación</w:t>
      </w:r>
      <w:r w:rsidR="009F7EE3" w:rsidRPr="007E0F8E">
        <w:rPr>
          <w:rFonts w:asciiTheme="majorHAnsi" w:hAnsiTheme="majorHAnsi" w:cstheme="majorHAnsi"/>
          <w:color w:val="000000" w:themeColor="text1"/>
        </w:rPr>
        <w:t xml:space="preserve"> en los términos regulados en la Ley 38/2003, de </w:t>
      </w:r>
      <w:r w:rsidR="00D46308" w:rsidRPr="007E0F8E">
        <w:rPr>
          <w:rFonts w:asciiTheme="majorHAnsi" w:hAnsiTheme="majorHAnsi" w:cstheme="majorHAnsi"/>
          <w:color w:val="000000" w:themeColor="text1"/>
        </w:rPr>
        <w:t>17</w:t>
      </w:r>
      <w:r w:rsidR="009F7EE3" w:rsidRPr="007E0F8E">
        <w:rPr>
          <w:rFonts w:asciiTheme="majorHAnsi" w:hAnsiTheme="majorHAnsi" w:cstheme="majorHAnsi"/>
          <w:color w:val="000000" w:themeColor="text1"/>
        </w:rPr>
        <w:t xml:space="preserve"> de noviembre, de Subvenciones, Real Decreto 887/2006, de 21 de julio, por el que se aprueba el Reglamento de la Ley 38/2003 de 17 de noviembre, General de Subvenciones, Ordenanza General de Subvenciones de la Diputación Provincial de Cuenca y las </w:t>
      </w:r>
      <w:r w:rsidR="00625487" w:rsidRPr="007E0F8E">
        <w:rPr>
          <w:rFonts w:asciiTheme="majorHAnsi" w:hAnsiTheme="majorHAnsi" w:cstheme="majorHAnsi"/>
          <w:color w:val="000000" w:themeColor="text1"/>
        </w:rPr>
        <w:t xml:space="preserve">Bases que regulan las </w:t>
      </w:r>
      <w:r w:rsidR="00CA4435" w:rsidRPr="007E0F8E">
        <w:rPr>
          <w:rFonts w:asciiTheme="majorHAnsi" w:hAnsiTheme="majorHAnsi" w:cstheme="majorHAnsi"/>
          <w:color w:val="000000" w:themeColor="text1"/>
        </w:rPr>
        <w:t>bases</w:t>
      </w:r>
      <w:r w:rsidR="00625487" w:rsidRPr="007E0F8E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="00625487" w:rsidRPr="007E0F8E">
        <w:rPr>
          <w:rFonts w:asciiTheme="majorHAnsi" w:hAnsiTheme="majorHAnsi" w:cstheme="majorHAnsi"/>
          <w:color w:val="000000" w:themeColor="text1"/>
        </w:rPr>
        <w:t>especificas</w:t>
      </w:r>
      <w:proofErr w:type="spellEnd"/>
      <w:r w:rsidR="00625487" w:rsidRPr="007E0F8E">
        <w:rPr>
          <w:rFonts w:asciiTheme="majorHAnsi" w:hAnsiTheme="majorHAnsi" w:cstheme="majorHAnsi"/>
          <w:color w:val="000000" w:themeColor="text1"/>
        </w:rPr>
        <w:t xml:space="preserve"> para la concesión de subvenciones destinadas a Ayuntamientos y entidades locales menores de la provincia de Cuenca con población inferior a 1.800 habitantes destinadas a fomentar la realización y mejora de los Servicios Municipales, anualidad 2026. </w:t>
      </w:r>
    </w:p>
    <w:p w14:paraId="52287CF1" w14:textId="2D897E49" w:rsidR="0028223E" w:rsidRPr="007E0F8E" w:rsidRDefault="00CA4435" w:rsidP="00D84DDC">
      <w:pPr>
        <w:pStyle w:val="Ttulo2"/>
        <w:rPr>
          <w:rFonts w:cstheme="majorHAnsi"/>
          <w:color w:val="000000" w:themeColor="text1"/>
          <w:sz w:val="22"/>
          <w:szCs w:val="22"/>
        </w:rPr>
      </w:pPr>
      <w:r w:rsidRPr="007E0F8E">
        <w:rPr>
          <w:rFonts w:cstheme="majorHAnsi"/>
          <w:color w:val="000000" w:themeColor="text1"/>
        </w:rPr>
        <w:br w:type="page"/>
      </w:r>
      <w:r w:rsidR="00FF7CF0" w:rsidRPr="007E0F8E">
        <w:rPr>
          <w:rFonts w:cstheme="majorHAnsi"/>
          <w:color w:val="000000" w:themeColor="text1"/>
          <w:sz w:val="22"/>
          <w:szCs w:val="22"/>
        </w:rPr>
        <w:lastRenderedPageBreak/>
        <w:t xml:space="preserve">I. RESUMEN DE GASTO JUSTIFICADO POR </w:t>
      </w:r>
      <w:r w:rsidR="00EE7F54" w:rsidRPr="007E0F8E">
        <w:rPr>
          <w:rFonts w:cstheme="majorHAnsi"/>
          <w:color w:val="000000" w:themeColor="text1"/>
          <w:sz w:val="22"/>
          <w:szCs w:val="22"/>
        </w:rPr>
        <w:t xml:space="preserve">CAPITULOS. </w:t>
      </w:r>
    </w:p>
    <w:p w14:paraId="4ABE2CC9" w14:textId="77777777" w:rsidR="00D84DDC" w:rsidRPr="007E0F8E" w:rsidRDefault="00D84DDC">
      <w:pPr>
        <w:rPr>
          <w:rFonts w:asciiTheme="majorHAnsi" w:hAnsiTheme="majorHAnsi" w:cstheme="majorHAnsi"/>
          <w:color w:val="000000" w:themeColor="text1"/>
        </w:rPr>
      </w:pPr>
    </w:p>
    <w:p w14:paraId="764E106D" w14:textId="5284C674" w:rsidR="0028223E" w:rsidRPr="007E0F8E" w:rsidRDefault="004604D2">
      <w:pPr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 xml:space="preserve">(Cumplimentar una línea por el importe total </w:t>
      </w:r>
      <w:r w:rsidR="00A2534E" w:rsidRPr="007E0F8E">
        <w:rPr>
          <w:rFonts w:asciiTheme="majorHAnsi" w:hAnsiTheme="majorHAnsi" w:cstheme="majorHAnsi"/>
          <w:color w:val="000000" w:themeColor="text1"/>
        </w:rPr>
        <w:t xml:space="preserve">al que asciende </w:t>
      </w:r>
      <w:r w:rsidRPr="007E0F8E">
        <w:rPr>
          <w:rFonts w:asciiTheme="majorHAnsi" w:hAnsiTheme="majorHAnsi" w:cstheme="majorHAnsi"/>
          <w:color w:val="000000" w:themeColor="text1"/>
        </w:rPr>
        <w:t xml:space="preserve">cada </w:t>
      </w:r>
      <w:r w:rsidR="009A7F33" w:rsidRPr="007E0F8E">
        <w:rPr>
          <w:rFonts w:asciiTheme="majorHAnsi" w:hAnsiTheme="majorHAnsi" w:cstheme="majorHAnsi"/>
          <w:color w:val="000000" w:themeColor="text1"/>
        </w:rPr>
        <w:t>capítulo</w:t>
      </w:r>
      <w:r w:rsidRPr="007E0F8E">
        <w:rPr>
          <w:rFonts w:asciiTheme="majorHAnsi" w:hAnsiTheme="majorHAnsi" w:cstheme="majorHAnsi"/>
          <w:color w:val="000000" w:themeColor="text1"/>
        </w:rPr>
        <w:t xml:space="preserve">. El desglose e individualización de cada gasto relativo al capítulo 1 y </w:t>
      </w:r>
      <w:r w:rsidR="00A2534E" w:rsidRPr="007E0F8E">
        <w:rPr>
          <w:rFonts w:asciiTheme="majorHAnsi" w:hAnsiTheme="majorHAnsi" w:cstheme="majorHAnsi"/>
          <w:color w:val="000000" w:themeColor="text1"/>
        </w:rPr>
        <w:t>2</w:t>
      </w:r>
      <w:r w:rsidRPr="007E0F8E">
        <w:rPr>
          <w:rFonts w:asciiTheme="majorHAnsi" w:hAnsiTheme="majorHAnsi" w:cstheme="majorHAnsi"/>
          <w:color w:val="000000" w:themeColor="text1"/>
        </w:rPr>
        <w:t xml:space="preserve"> se realizará en el punto II).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8"/>
        <w:gridCol w:w="6122"/>
        <w:gridCol w:w="4682"/>
      </w:tblGrid>
      <w:tr w:rsidR="008443ED" w:rsidRPr="007E0F8E" w14:paraId="1AC84501" w14:textId="77777777" w:rsidTr="00151547">
        <w:tc>
          <w:tcPr>
            <w:tcW w:w="5000" w:type="pct"/>
            <w:gridSpan w:val="3"/>
          </w:tcPr>
          <w:p w14:paraId="0DAC01A8" w14:textId="74861DE3" w:rsidR="008443ED" w:rsidRPr="007E0F8E" w:rsidRDefault="008443ED" w:rsidP="008443ED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ANEXO RESUMEN</w:t>
            </w:r>
            <w:r w:rsidR="008D1810"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 CAPITULOS UNO Y DOS.</w:t>
            </w:r>
          </w:p>
        </w:tc>
      </w:tr>
      <w:tr w:rsidR="00625487" w:rsidRPr="007E0F8E" w14:paraId="158C024E" w14:textId="77777777" w:rsidTr="00151547">
        <w:tc>
          <w:tcPr>
            <w:tcW w:w="1017" w:type="pct"/>
          </w:tcPr>
          <w:p w14:paraId="410E035D" w14:textId="3ACBED9D" w:rsidR="00625487" w:rsidRPr="007E0F8E" w:rsidRDefault="00625487" w:rsidP="00625487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Capitulo (Clasificación Económica del Gasto)</w:t>
            </w:r>
          </w:p>
        </w:tc>
        <w:tc>
          <w:tcPr>
            <w:tcW w:w="2257" w:type="pct"/>
          </w:tcPr>
          <w:p w14:paraId="51A3EFD5" w14:textId="2D5949DF" w:rsidR="00625487" w:rsidRPr="007E0F8E" w:rsidRDefault="00625487" w:rsidP="00625487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Denominación del Gasto</w:t>
            </w:r>
          </w:p>
        </w:tc>
        <w:tc>
          <w:tcPr>
            <w:tcW w:w="1726" w:type="pct"/>
          </w:tcPr>
          <w:p w14:paraId="1934B18C" w14:textId="77777777" w:rsidR="00625487" w:rsidRPr="007E0F8E" w:rsidRDefault="00625487" w:rsidP="00625487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Importe justificado (€)</w:t>
            </w:r>
          </w:p>
        </w:tc>
      </w:tr>
      <w:tr w:rsidR="00151547" w:rsidRPr="007E0F8E" w14:paraId="01D4AF46" w14:textId="77777777" w:rsidTr="00151547">
        <w:tc>
          <w:tcPr>
            <w:tcW w:w="1017" w:type="pct"/>
          </w:tcPr>
          <w:p w14:paraId="15E77947" w14:textId="008B8AF7" w:rsidR="00151547" w:rsidRPr="007E0F8E" w:rsidRDefault="00151547" w:rsidP="00625487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Uno</w:t>
            </w:r>
          </w:p>
        </w:tc>
        <w:tc>
          <w:tcPr>
            <w:tcW w:w="2257" w:type="pct"/>
          </w:tcPr>
          <w:p w14:paraId="6C245D5A" w14:textId="51CCE7B2" w:rsidR="00151547" w:rsidRPr="007E0F8E" w:rsidRDefault="00151547" w:rsidP="00151547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 xml:space="preserve">Gastos de Personal </w:t>
            </w:r>
          </w:p>
        </w:tc>
        <w:tc>
          <w:tcPr>
            <w:tcW w:w="1726" w:type="pct"/>
          </w:tcPr>
          <w:p w14:paraId="4A1E2740" w14:textId="77777777" w:rsidR="00151547" w:rsidRPr="007E0F8E" w:rsidRDefault="00151547" w:rsidP="00625487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</w:p>
        </w:tc>
      </w:tr>
      <w:tr w:rsidR="00625487" w:rsidRPr="007E0F8E" w14:paraId="142119ED" w14:textId="77777777" w:rsidTr="00151547">
        <w:tc>
          <w:tcPr>
            <w:tcW w:w="1017" w:type="pct"/>
          </w:tcPr>
          <w:p w14:paraId="5C09D93A" w14:textId="3D9CB8AE" w:rsidR="00625487" w:rsidRPr="007E0F8E" w:rsidRDefault="00625487" w:rsidP="00625487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Uno</w:t>
            </w:r>
          </w:p>
        </w:tc>
        <w:tc>
          <w:tcPr>
            <w:tcW w:w="2257" w:type="pct"/>
          </w:tcPr>
          <w:p w14:paraId="00DF7724" w14:textId="26D3B328" w:rsidR="00625487" w:rsidRPr="007E0F8E" w:rsidRDefault="0015154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 xml:space="preserve">Cuotas seguridad social </w:t>
            </w:r>
          </w:p>
        </w:tc>
        <w:tc>
          <w:tcPr>
            <w:tcW w:w="1726" w:type="pct"/>
          </w:tcPr>
          <w:p w14:paraId="17EA573A" w14:textId="720BE70E" w:rsidR="00625487" w:rsidRPr="007E0F8E" w:rsidRDefault="00625487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625487" w:rsidRPr="007E0F8E" w14:paraId="35EBB0C5" w14:textId="77777777" w:rsidTr="00151547">
        <w:tc>
          <w:tcPr>
            <w:tcW w:w="1017" w:type="pct"/>
          </w:tcPr>
          <w:p w14:paraId="08666376" w14:textId="4CB0094A" w:rsidR="00625487" w:rsidRPr="007E0F8E" w:rsidRDefault="00625487" w:rsidP="00625487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Dos</w:t>
            </w:r>
          </w:p>
        </w:tc>
        <w:tc>
          <w:tcPr>
            <w:tcW w:w="2257" w:type="pct"/>
          </w:tcPr>
          <w:p w14:paraId="5B025EF6" w14:textId="078D264D" w:rsidR="00625487" w:rsidRPr="007E0F8E" w:rsidRDefault="0062548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Gastos en Bienes Corrientes y Servicios</w:t>
            </w:r>
            <w:r w:rsidR="00151547" w:rsidRPr="007E0F8E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</w:p>
        </w:tc>
        <w:tc>
          <w:tcPr>
            <w:tcW w:w="1726" w:type="pct"/>
          </w:tcPr>
          <w:p w14:paraId="0501ECF2" w14:textId="4DABF6BA" w:rsidR="00625487" w:rsidRPr="007E0F8E" w:rsidRDefault="00625487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84DDC" w:rsidRPr="007E0F8E" w14:paraId="337F1449" w14:textId="77777777" w:rsidTr="00D84DDC">
        <w:tc>
          <w:tcPr>
            <w:tcW w:w="3274" w:type="pct"/>
            <w:gridSpan w:val="2"/>
          </w:tcPr>
          <w:p w14:paraId="1B8B2D56" w14:textId="1F746E29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  <w:proofErr w:type="gramStart"/>
            <w:r w:rsidRPr="007E0F8E">
              <w:rPr>
                <w:rFonts w:asciiTheme="majorHAnsi" w:hAnsiTheme="majorHAnsi" w:cstheme="majorHAnsi"/>
                <w:color w:val="000000" w:themeColor="text1"/>
              </w:rPr>
              <w:t>Total</w:t>
            </w:r>
            <w:proofErr w:type="gramEnd"/>
            <w:r w:rsidRPr="007E0F8E">
              <w:rPr>
                <w:rFonts w:asciiTheme="majorHAnsi" w:hAnsiTheme="majorHAnsi" w:cstheme="majorHAnsi"/>
                <w:color w:val="000000" w:themeColor="text1"/>
              </w:rPr>
              <w:t xml:space="preserve"> Importe Justificado</w:t>
            </w:r>
          </w:p>
        </w:tc>
        <w:tc>
          <w:tcPr>
            <w:tcW w:w="1726" w:type="pct"/>
          </w:tcPr>
          <w:p w14:paraId="4556F197" w14:textId="5925141C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0033AEF2" w14:textId="01139AFB" w:rsidR="00CA4435" w:rsidRPr="007E0F8E" w:rsidRDefault="00CA4435">
      <w:pPr>
        <w:pStyle w:val="Ttulo2"/>
        <w:rPr>
          <w:rFonts w:cstheme="majorHAnsi"/>
          <w:color w:val="000000" w:themeColor="text1"/>
          <w:sz w:val="22"/>
          <w:szCs w:val="22"/>
        </w:rPr>
      </w:pPr>
    </w:p>
    <w:p w14:paraId="682D4B6C" w14:textId="77777777" w:rsidR="00CA4435" w:rsidRPr="007E0F8E" w:rsidRDefault="00CA4435">
      <w:pPr>
        <w:rPr>
          <w:rFonts w:asciiTheme="majorHAnsi" w:eastAsiaTheme="majorEastAsia" w:hAnsiTheme="majorHAnsi" w:cstheme="majorHAnsi"/>
          <w:b/>
          <w:bCs/>
          <w:color w:val="000000" w:themeColor="text1"/>
        </w:rPr>
      </w:pPr>
      <w:r w:rsidRPr="007E0F8E">
        <w:rPr>
          <w:rFonts w:cstheme="majorHAnsi"/>
          <w:color w:val="000000" w:themeColor="text1"/>
        </w:rPr>
        <w:br w:type="page"/>
      </w:r>
    </w:p>
    <w:p w14:paraId="1CFBC079" w14:textId="77777777" w:rsidR="00CA4435" w:rsidRPr="007E0F8E" w:rsidRDefault="00CA4435">
      <w:pPr>
        <w:pStyle w:val="Ttulo2"/>
        <w:rPr>
          <w:rFonts w:cstheme="majorHAnsi"/>
          <w:color w:val="000000" w:themeColor="text1"/>
          <w:sz w:val="22"/>
          <w:szCs w:val="22"/>
        </w:rPr>
      </w:pPr>
    </w:p>
    <w:p w14:paraId="13EA4353" w14:textId="4E85DB1C" w:rsidR="0028223E" w:rsidRPr="007E0F8E" w:rsidRDefault="00FF7CF0">
      <w:pPr>
        <w:pStyle w:val="Ttulo2"/>
        <w:rPr>
          <w:rFonts w:cstheme="majorHAnsi"/>
          <w:color w:val="000000" w:themeColor="text1"/>
          <w:sz w:val="22"/>
          <w:szCs w:val="22"/>
        </w:rPr>
      </w:pPr>
      <w:r w:rsidRPr="007E0F8E">
        <w:rPr>
          <w:rFonts w:cstheme="majorHAnsi"/>
          <w:color w:val="000000" w:themeColor="text1"/>
          <w:sz w:val="22"/>
          <w:szCs w:val="22"/>
        </w:rPr>
        <w:t xml:space="preserve">II. DETALLE DE GASTOS POR </w:t>
      </w:r>
      <w:r w:rsidR="003E7D59" w:rsidRPr="007E0F8E">
        <w:rPr>
          <w:rFonts w:cstheme="majorHAnsi"/>
          <w:color w:val="000000" w:themeColor="text1"/>
          <w:sz w:val="22"/>
          <w:szCs w:val="22"/>
        </w:rPr>
        <w:t xml:space="preserve">CAPITULOS. </w:t>
      </w:r>
    </w:p>
    <w:p w14:paraId="4AAA1494" w14:textId="77777777" w:rsidR="00151547" w:rsidRPr="007E0F8E" w:rsidRDefault="00151547" w:rsidP="001515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3"/>
        <w:gridCol w:w="868"/>
        <w:gridCol w:w="1017"/>
        <w:gridCol w:w="1777"/>
        <w:gridCol w:w="3532"/>
        <w:gridCol w:w="2335"/>
      </w:tblGrid>
      <w:tr w:rsidR="00151547" w:rsidRPr="007E0F8E" w14:paraId="5170C583" w14:textId="77777777" w:rsidTr="00FC5981">
        <w:tc>
          <w:tcPr>
            <w:tcW w:w="5000" w:type="pct"/>
            <w:gridSpan w:val="6"/>
          </w:tcPr>
          <w:p w14:paraId="7F1B3297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ANEXO GASTOS DE PERSONAL (Excluidas Cuotas y prestaciones sociales)</w:t>
            </w:r>
          </w:p>
        </w:tc>
      </w:tr>
      <w:tr w:rsidR="00151547" w:rsidRPr="007E0F8E" w14:paraId="179925C8" w14:textId="77777777" w:rsidTr="00FC5981">
        <w:tc>
          <w:tcPr>
            <w:tcW w:w="1807" w:type="pct"/>
            <w:gridSpan w:val="2"/>
          </w:tcPr>
          <w:p w14:paraId="6E5619C3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Capitulo (Según clasificación económica del gasto)</w:t>
            </w:r>
          </w:p>
        </w:tc>
        <w:tc>
          <w:tcPr>
            <w:tcW w:w="3193" w:type="pct"/>
            <w:gridSpan w:val="4"/>
          </w:tcPr>
          <w:p w14:paraId="7827529C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UNO</w:t>
            </w:r>
          </w:p>
        </w:tc>
      </w:tr>
      <w:tr w:rsidR="00151547" w:rsidRPr="007E0F8E" w14:paraId="5A4B2E14" w14:textId="77777777" w:rsidTr="00FC5981">
        <w:tc>
          <w:tcPr>
            <w:tcW w:w="1807" w:type="pct"/>
            <w:gridSpan w:val="2"/>
          </w:tcPr>
          <w:p w14:paraId="694B2DEA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Denominación</w:t>
            </w:r>
          </w:p>
        </w:tc>
        <w:tc>
          <w:tcPr>
            <w:tcW w:w="3193" w:type="pct"/>
            <w:gridSpan w:val="4"/>
          </w:tcPr>
          <w:p w14:paraId="042D560F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Gastos de Personal. (Excluidos Gastos relativos a Cuotas, prestaciones y gastos sociales a cargo del empleador)</w:t>
            </w:r>
          </w:p>
        </w:tc>
      </w:tr>
      <w:tr w:rsidR="00151547" w:rsidRPr="007E0F8E" w14:paraId="49E17086" w14:textId="77777777" w:rsidTr="00FC5981">
        <w:tc>
          <w:tcPr>
            <w:tcW w:w="1807" w:type="pct"/>
            <w:gridSpan w:val="2"/>
          </w:tcPr>
          <w:p w14:paraId="11338AB0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Importe total imputado (€)</w:t>
            </w:r>
          </w:p>
        </w:tc>
        <w:tc>
          <w:tcPr>
            <w:tcW w:w="3193" w:type="pct"/>
            <w:gridSpan w:val="4"/>
          </w:tcPr>
          <w:p w14:paraId="015C381D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38D3542E" w14:textId="77777777" w:rsidTr="00FC5981">
        <w:tc>
          <w:tcPr>
            <w:tcW w:w="1487" w:type="pct"/>
          </w:tcPr>
          <w:p w14:paraId="68A6A32A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Periodo</w:t>
            </w:r>
          </w:p>
        </w:tc>
        <w:tc>
          <w:tcPr>
            <w:tcW w:w="695" w:type="pct"/>
            <w:gridSpan w:val="2"/>
          </w:tcPr>
          <w:p w14:paraId="5BCE696F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Concepto</w:t>
            </w:r>
          </w:p>
        </w:tc>
        <w:tc>
          <w:tcPr>
            <w:tcW w:w="1957" w:type="pct"/>
            <w:gridSpan w:val="2"/>
          </w:tcPr>
          <w:p w14:paraId="18AFA5BD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 xml:space="preserve">Importe (€) </w:t>
            </w:r>
          </w:p>
        </w:tc>
        <w:tc>
          <w:tcPr>
            <w:tcW w:w="861" w:type="pct"/>
          </w:tcPr>
          <w:p w14:paraId="2575F20B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Fecha de pago</w:t>
            </w:r>
          </w:p>
        </w:tc>
      </w:tr>
      <w:tr w:rsidR="00151547" w:rsidRPr="007E0F8E" w14:paraId="44D09029" w14:textId="77777777" w:rsidTr="00FC5981">
        <w:tc>
          <w:tcPr>
            <w:tcW w:w="1487" w:type="pct"/>
          </w:tcPr>
          <w:p w14:paraId="1E514DCB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3022197F" w14:textId="3A5E7662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2738F22F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4EAFAEC5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68E85AD5" w14:textId="77777777" w:rsidTr="00FC5981">
        <w:tc>
          <w:tcPr>
            <w:tcW w:w="1487" w:type="pct"/>
          </w:tcPr>
          <w:p w14:paraId="10375182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353EAF2F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40D37870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0BC03CC7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69B7F410" w14:textId="77777777" w:rsidTr="00FC5981">
        <w:tc>
          <w:tcPr>
            <w:tcW w:w="1487" w:type="pct"/>
          </w:tcPr>
          <w:p w14:paraId="34F19497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32DE3E52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1309A4FC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740B1F2D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5768BCC0" w14:textId="77777777" w:rsidTr="00FC5981">
        <w:tc>
          <w:tcPr>
            <w:tcW w:w="1487" w:type="pct"/>
          </w:tcPr>
          <w:p w14:paraId="511AE73F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10264923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27D070C0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02822F99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21922A71" w14:textId="77777777" w:rsidTr="00FC5981">
        <w:tc>
          <w:tcPr>
            <w:tcW w:w="1487" w:type="pct"/>
          </w:tcPr>
          <w:p w14:paraId="681DE61F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5E1211F8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764847B5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4DF3EB2E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35291A36" w14:textId="77777777" w:rsidTr="00FC5981">
        <w:tc>
          <w:tcPr>
            <w:tcW w:w="1487" w:type="pct"/>
          </w:tcPr>
          <w:p w14:paraId="7F72E5A6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75E0FEC6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539ADA4E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76B5BD39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46FA7ACD" w14:textId="77777777" w:rsidTr="00FC5981">
        <w:tc>
          <w:tcPr>
            <w:tcW w:w="1487" w:type="pct"/>
          </w:tcPr>
          <w:p w14:paraId="04DF4FAE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06007352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5A54D19A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02F9DF5C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16DFAD8C" w14:textId="77777777" w:rsidTr="00FC5981">
        <w:tc>
          <w:tcPr>
            <w:tcW w:w="1487" w:type="pct"/>
          </w:tcPr>
          <w:p w14:paraId="1245F507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20D5BCE6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42BC959A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57C40AD0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691D01B0" w14:textId="77777777" w:rsidTr="00FC5981">
        <w:tc>
          <w:tcPr>
            <w:tcW w:w="1487" w:type="pct"/>
          </w:tcPr>
          <w:p w14:paraId="1E11A17D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256CF2C8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5FAAA93D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312B670C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1EE31B89" w14:textId="77777777" w:rsidTr="00FC5981">
        <w:tc>
          <w:tcPr>
            <w:tcW w:w="1487" w:type="pct"/>
          </w:tcPr>
          <w:p w14:paraId="18D69DF9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7C77158C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7F828F9F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4ECCB907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4D268C49" w14:textId="77777777" w:rsidTr="00FC5981">
        <w:tc>
          <w:tcPr>
            <w:tcW w:w="1487" w:type="pct"/>
          </w:tcPr>
          <w:p w14:paraId="09A41005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76073A99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0E5FF4EC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1243C699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2F8A9E3A" w14:textId="77777777" w:rsidTr="00FC5981">
        <w:tc>
          <w:tcPr>
            <w:tcW w:w="1487" w:type="pct"/>
          </w:tcPr>
          <w:p w14:paraId="5AE0A8E8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77BCA4B2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1B072765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7C7F025D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7F9E9A6F" w14:textId="77777777" w:rsidTr="00FC5981">
        <w:tc>
          <w:tcPr>
            <w:tcW w:w="1487" w:type="pct"/>
          </w:tcPr>
          <w:p w14:paraId="73E4D508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2CCD9C6D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66F6D9A3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27082C77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1BE1A3BA" w14:textId="77777777" w:rsidTr="00FC5981">
        <w:tc>
          <w:tcPr>
            <w:tcW w:w="1487" w:type="pct"/>
          </w:tcPr>
          <w:p w14:paraId="02977FED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09135448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459515F1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03778979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129BDA2B" w14:textId="77777777" w:rsidTr="00FC5981">
        <w:tc>
          <w:tcPr>
            <w:tcW w:w="1487" w:type="pct"/>
          </w:tcPr>
          <w:p w14:paraId="3A52D5F6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695" w:type="pct"/>
            <w:gridSpan w:val="2"/>
          </w:tcPr>
          <w:p w14:paraId="16E70B79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957" w:type="pct"/>
            <w:gridSpan w:val="2"/>
          </w:tcPr>
          <w:p w14:paraId="38AFD0E9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861" w:type="pct"/>
          </w:tcPr>
          <w:p w14:paraId="4BEE5E13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3FD0DB2A" w14:textId="77777777" w:rsidTr="00FC5981">
        <w:tc>
          <w:tcPr>
            <w:tcW w:w="2837" w:type="pct"/>
            <w:gridSpan w:val="4"/>
          </w:tcPr>
          <w:p w14:paraId="000D603E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Importe Total (€)</w:t>
            </w:r>
          </w:p>
        </w:tc>
        <w:tc>
          <w:tcPr>
            <w:tcW w:w="2163" w:type="pct"/>
            <w:gridSpan w:val="2"/>
          </w:tcPr>
          <w:p w14:paraId="1C31DBFB" w14:textId="77777777" w:rsidR="00151547" w:rsidRPr="007E0F8E" w:rsidRDefault="00151547" w:rsidP="00FC5981">
            <w:pPr>
              <w:jc w:val="right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4A74BD76" w14:textId="77777777" w:rsidR="00151547" w:rsidRPr="007E0F8E" w:rsidRDefault="00151547" w:rsidP="00151547">
      <w:pPr>
        <w:pStyle w:val="Ttulo2"/>
        <w:rPr>
          <w:rFonts w:cstheme="majorHAnsi"/>
          <w:color w:val="000000" w:themeColor="text1"/>
          <w:sz w:val="22"/>
          <w:szCs w:val="22"/>
        </w:rPr>
      </w:pPr>
      <w:r w:rsidRPr="007E0F8E">
        <w:rPr>
          <w:rFonts w:cstheme="majorHAnsi"/>
          <w:color w:val="000000" w:themeColor="text1"/>
          <w:sz w:val="22"/>
          <w:szCs w:val="22"/>
        </w:rPr>
        <w:tab/>
      </w:r>
      <w:r w:rsidRPr="007E0F8E">
        <w:rPr>
          <w:rFonts w:cstheme="majorHAnsi"/>
          <w:color w:val="000000" w:themeColor="text1"/>
          <w:sz w:val="22"/>
          <w:szCs w:val="2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1234"/>
        <w:gridCol w:w="2523"/>
        <w:gridCol w:w="721"/>
        <w:gridCol w:w="2520"/>
        <w:gridCol w:w="3309"/>
      </w:tblGrid>
      <w:tr w:rsidR="00151547" w:rsidRPr="007E0F8E" w14:paraId="28751DD6" w14:textId="77777777" w:rsidTr="00FC5981">
        <w:tc>
          <w:tcPr>
            <w:tcW w:w="5000" w:type="pct"/>
            <w:gridSpan w:val="6"/>
          </w:tcPr>
          <w:p w14:paraId="7B954496" w14:textId="7014A471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ANEXO GASTOS DE PERSONAL </w:t>
            </w:r>
            <w:r w:rsidRPr="007E0F8E">
              <w:rPr>
                <w:rFonts w:asciiTheme="majorHAnsi" w:hAnsiTheme="majorHAnsi" w:cstheme="majorHAnsi"/>
                <w:color w:val="000000" w:themeColor="text1"/>
              </w:rPr>
              <w:t>(Cuotas</w:t>
            </w: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 </w:t>
            </w:r>
            <w:r w:rsidRPr="007E0F8E">
              <w:rPr>
                <w:rFonts w:asciiTheme="majorHAnsi" w:hAnsiTheme="majorHAnsi" w:cstheme="majorHAnsi"/>
                <w:color w:val="000000" w:themeColor="text1"/>
              </w:rPr>
              <w:t>Tesorería General de la Seguridad Social)</w:t>
            </w:r>
          </w:p>
        </w:tc>
      </w:tr>
      <w:tr w:rsidR="00151547" w:rsidRPr="007E0F8E" w14:paraId="78228B3C" w14:textId="77777777" w:rsidTr="00FC5981">
        <w:tc>
          <w:tcPr>
            <w:tcW w:w="1655" w:type="pct"/>
            <w:gridSpan w:val="2"/>
          </w:tcPr>
          <w:p w14:paraId="30067196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Capitulo (Según clasificación económica del gasto)</w:t>
            </w:r>
          </w:p>
        </w:tc>
        <w:tc>
          <w:tcPr>
            <w:tcW w:w="3345" w:type="pct"/>
            <w:gridSpan w:val="4"/>
          </w:tcPr>
          <w:p w14:paraId="02404EFA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UNO</w:t>
            </w:r>
          </w:p>
        </w:tc>
      </w:tr>
      <w:tr w:rsidR="00151547" w:rsidRPr="007E0F8E" w14:paraId="56B432DB" w14:textId="77777777" w:rsidTr="00FC5981">
        <w:tc>
          <w:tcPr>
            <w:tcW w:w="1655" w:type="pct"/>
            <w:gridSpan w:val="2"/>
          </w:tcPr>
          <w:p w14:paraId="60446266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Denominación</w:t>
            </w:r>
          </w:p>
        </w:tc>
        <w:tc>
          <w:tcPr>
            <w:tcW w:w="3345" w:type="pct"/>
            <w:gridSpan w:val="4"/>
          </w:tcPr>
          <w:p w14:paraId="3A7FDFA9" w14:textId="77777777" w:rsidR="00151547" w:rsidRPr="007E0F8E" w:rsidRDefault="00151547" w:rsidP="00FC598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Gastos de Personal: Solo gastos relativos a Cuotas, prestaciones y gastos sociales a cargo del empleador.</w:t>
            </w:r>
          </w:p>
        </w:tc>
      </w:tr>
      <w:tr w:rsidR="00151547" w:rsidRPr="007E0F8E" w14:paraId="524403DE" w14:textId="77777777" w:rsidTr="00FC5981">
        <w:tc>
          <w:tcPr>
            <w:tcW w:w="1655" w:type="pct"/>
            <w:gridSpan w:val="2"/>
          </w:tcPr>
          <w:p w14:paraId="5A0FDAF1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Importe total imputado (€)</w:t>
            </w:r>
          </w:p>
        </w:tc>
        <w:tc>
          <w:tcPr>
            <w:tcW w:w="3345" w:type="pct"/>
            <w:gridSpan w:val="4"/>
          </w:tcPr>
          <w:p w14:paraId="2D4F3228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5B9F2515" w14:textId="77777777" w:rsidTr="00FC5981">
        <w:tc>
          <w:tcPr>
            <w:tcW w:w="1200" w:type="pct"/>
          </w:tcPr>
          <w:p w14:paraId="1655459A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Periodo</w:t>
            </w:r>
          </w:p>
        </w:tc>
        <w:tc>
          <w:tcPr>
            <w:tcW w:w="1385" w:type="pct"/>
            <w:gridSpan w:val="2"/>
          </w:tcPr>
          <w:p w14:paraId="605BD246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Concepto</w:t>
            </w:r>
          </w:p>
        </w:tc>
        <w:tc>
          <w:tcPr>
            <w:tcW w:w="1195" w:type="pct"/>
            <w:gridSpan w:val="2"/>
          </w:tcPr>
          <w:p w14:paraId="3D9EC383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Importe (€) (Total)</w:t>
            </w:r>
          </w:p>
        </w:tc>
        <w:tc>
          <w:tcPr>
            <w:tcW w:w="1220" w:type="pct"/>
          </w:tcPr>
          <w:p w14:paraId="0EBF4AA4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Fecha de Pago</w:t>
            </w:r>
          </w:p>
        </w:tc>
      </w:tr>
      <w:tr w:rsidR="00151547" w:rsidRPr="007E0F8E" w14:paraId="0A3364EE" w14:textId="77777777" w:rsidTr="00FC5981">
        <w:tc>
          <w:tcPr>
            <w:tcW w:w="1200" w:type="pct"/>
          </w:tcPr>
          <w:p w14:paraId="035E769E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59F932A9" w14:textId="54F057A1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48195E20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103CDE93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37D86825" w14:textId="77777777" w:rsidTr="00FC5981">
        <w:tc>
          <w:tcPr>
            <w:tcW w:w="1200" w:type="pct"/>
          </w:tcPr>
          <w:p w14:paraId="70B3A26D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366B10A1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4469D305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2AD13B30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3D280D60" w14:textId="77777777" w:rsidTr="00FC5981">
        <w:tc>
          <w:tcPr>
            <w:tcW w:w="1200" w:type="pct"/>
          </w:tcPr>
          <w:p w14:paraId="042026C4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607BE014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0B5045EC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21971C5E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0D1CB37A" w14:textId="77777777" w:rsidTr="00FC5981">
        <w:tc>
          <w:tcPr>
            <w:tcW w:w="1200" w:type="pct"/>
          </w:tcPr>
          <w:p w14:paraId="449603CD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4A1CA6D7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48395800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5AF1E64B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21C32069" w14:textId="77777777" w:rsidTr="00FC5981">
        <w:tc>
          <w:tcPr>
            <w:tcW w:w="1200" w:type="pct"/>
          </w:tcPr>
          <w:p w14:paraId="211DF5D6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156CD428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0B13CBF7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11847682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13A9A40B" w14:textId="77777777" w:rsidTr="00FC5981">
        <w:tc>
          <w:tcPr>
            <w:tcW w:w="1200" w:type="pct"/>
          </w:tcPr>
          <w:p w14:paraId="55BF250C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20FD3373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2CAB8072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4A6B5BB2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45993752" w14:textId="77777777" w:rsidTr="00FC5981">
        <w:tc>
          <w:tcPr>
            <w:tcW w:w="1200" w:type="pct"/>
          </w:tcPr>
          <w:p w14:paraId="6E06EE72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1AF66AF3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7A71B687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77745978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791C6CE9" w14:textId="77777777" w:rsidTr="00FC5981">
        <w:tc>
          <w:tcPr>
            <w:tcW w:w="1200" w:type="pct"/>
          </w:tcPr>
          <w:p w14:paraId="21EC1FD4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7A8DD616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2E5B1489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772FA010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4F61B941" w14:textId="77777777" w:rsidTr="00FC5981">
        <w:tc>
          <w:tcPr>
            <w:tcW w:w="1200" w:type="pct"/>
          </w:tcPr>
          <w:p w14:paraId="528B2473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3F0228B8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50E0E59F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5ED5E93D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33A44F00" w14:textId="77777777" w:rsidTr="00FC5981">
        <w:tc>
          <w:tcPr>
            <w:tcW w:w="1200" w:type="pct"/>
          </w:tcPr>
          <w:p w14:paraId="730CC242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4B856167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56F676F8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483EFE08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7219C281" w14:textId="77777777" w:rsidTr="00FC5981">
        <w:tc>
          <w:tcPr>
            <w:tcW w:w="1200" w:type="pct"/>
          </w:tcPr>
          <w:p w14:paraId="41778186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20B0D94F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3B8D6731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3ABCA52F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0B417613" w14:textId="77777777" w:rsidTr="00FC5981">
        <w:tc>
          <w:tcPr>
            <w:tcW w:w="1200" w:type="pct"/>
          </w:tcPr>
          <w:p w14:paraId="6147C52C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196421FF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3178F487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08499E10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67A5DEE4" w14:textId="77777777" w:rsidTr="00FC5981">
        <w:tc>
          <w:tcPr>
            <w:tcW w:w="1200" w:type="pct"/>
          </w:tcPr>
          <w:p w14:paraId="695B7B76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385" w:type="pct"/>
            <w:gridSpan w:val="2"/>
          </w:tcPr>
          <w:p w14:paraId="759C3F6C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195" w:type="pct"/>
            <w:gridSpan w:val="2"/>
          </w:tcPr>
          <w:p w14:paraId="0639FF1C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20" w:type="pct"/>
          </w:tcPr>
          <w:p w14:paraId="79FC85CC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51547" w:rsidRPr="007E0F8E" w14:paraId="4E5AB033" w14:textId="77777777" w:rsidTr="00FC5981">
        <w:tc>
          <w:tcPr>
            <w:tcW w:w="2851" w:type="pct"/>
            <w:gridSpan w:val="4"/>
          </w:tcPr>
          <w:p w14:paraId="6164AD5D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Importe Total (€)</w:t>
            </w:r>
          </w:p>
        </w:tc>
        <w:tc>
          <w:tcPr>
            <w:tcW w:w="2149" w:type="pct"/>
            <w:gridSpan w:val="2"/>
          </w:tcPr>
          <w:p w14:paraId="6E5BAF22" w14:textId="77777777" w:rsidR="00151547" w:rsidRPr="007E0F8E" w:rsidRDefault="00151547" w:rsidP="00FC5981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07B67E62" w14:textId="77777777" w:rsidR="00151547" w:rsidRPr="007E0F8E" w:rsidRDefault="00151547">
      <w:pPr>
        <w:rPr>
          <w:rFonts w:asciiTheme="majorHAnsi" w:hAnsiTheme="majorHAnsi" w:cstheme="majorHAnsi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3489"/>
        <w:gridCol w:w="1045"/>
        <w:gridCol w:w="1338"/>
        <w:gridCol w:w="1525"/>
        <w:gridCol w:w="1396"/>
        <w:gridCol w:w="1244"/>
        <w:gridCol w:w="1415"/>
        <w:gridCol w:w="1331"/>
      </w:tblGrid>
      <w:tr w:rsidR="00F30D56" w:rsidRPr="007E0F8E" w14:paraId="71EE9BE8" w14:textId="77777777" w:rsidTr="00151547">
        <w:tc>
          <w:tcPr>
            <w:tcW w:w="5000" w:type="pct"/>
            <w:gridSpan w:val="9"/>
          </w:tcPr>
          <w:p w14:paraId="01F6BE49" w14:textId="7E99BC87" w:rsidR="00F30D56" w:rsidRPr="007E0F8E" w:rsidRDefault="00F30D56" w:rsidP="00F30D56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ANEXO GASTOS CORRIENTES EN BIENES Y SERVICIOS INDIVIDUALIZADOS</w:t>
            </w:r>
          </w:p>
        </w:tc>
      </w:tr>
      <w:tr w:rsidR="008443ED" w:rsidRPr="007E0F8E" w14:paraId="56E2B0DF" w14:textId="17A8C25C" w:rsidTr="00151547">
        <w:tc>
          <w:tcPr>
            <w:tcW w:w="2369" w:type="pct"/>
            <w:gridSpan w:val="4"/>
          </w:tcPr>
          <w:p w14:paraId="433454C5" w14:textId="423390CB" w:rsidR="008443ED" w:rsidRPr="007E0F8E" w:rsidRDefault="008443ED" w:rsidP="008443ED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Capitulo (Según clasificación económica del gasto)</w:t>
            </w:r>
          </w:p>
        </w:tc>
        <w:tc>
          <w:tcPr>
            <w:tcW w:w="2631" w:type="pct"/>
            <w:gridSpan w:val="5"/>
          </w:tcPr>
          <w:p w14:paraId="4034F52D" w14:textId="240E09B6" w:rsidR="008443ED" w:rsidRPr="007E0F8E" w:rsidRDefault="008443ED" w:rsidP="00F30D56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DOS</w:t>
            </w:r>
          </w:p>
        </w:tc>
      </w:tr>
      <w:tr w:rsidR="008443ED" w:rsidRPr="007E0F8E" w14:paraId="3069245A" w14:textId="4AAE8A33" w:rsidTr="00151547">
        <w:tc>
          <w:tcPr>
            <w:tcW w:w="2369" w:type="pct"/>
            <w:gridSpan w:val="4"/>
          </w:tcPr>
          <w:p w14:paraId="51A8500D" w14:textId="77777777" w:rsidR="008443ED" w:rsidRPr="007E0F8E" w:rsidRDefault="008443ED" w:rsidP="008443ED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Denominación</w:t>
            </w:r>
          </w:p>
        </w:tc>
        <w:tc>
          <w:tcPr>
            <w:tcW w:w="2631" w:type="pct"/>
            <w:gridSpan w:val="5"/>
          </w:tcPr>
          <w:p w14:paraId="24F8B1FA" w14:textId="66803215" w:rsidR="008443ED" w:rsidRPr="007E0F8E" w:rsidRDefault="008443ED" w:rsidP="00F30D56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Gastos corrientes en Bienes y Servicios.</w:t>
            </w:r>
          </w:p>
        </w:tc>
      </w:tr>
      <w:tr w:rsidR="008443ED" w:rsidRPr="007E0F8E" w14:paraId="6C11D9DC" w14:textId="73D0896D" w:rsidTr="00151547">
        <w:tc>
          <w:tcPr>
            <w:tcW w:w="2369" w:type="pct"/>
            <w:gridSpan w:val="4"/>
          </w:tcPr>
          <w:p w14:paraId="4CA44D76" w14:textId="77777777" w:rsidR="008443ED" w:rsidRPr="007E0F8E" w:rsidRDefault="008443ED" w:rsidP="008443ED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Importe total imputado (€)</w:t>
            </w:r>
          </w:p>
        </w:tc>
        <w:tc>
          <w:tcPr>
            <w:tcW w:w="2631" w:type="pct"/>
            <w:gridSpan w:val="5"/>
          </w:tcPr>
          <w:p w14:paraId="223510FD" w14:textId="77777777" w:rsidR="008443ED" w:rsidRPr="007E0F8E" w:rsidRDefault="008443ED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90E22" w:rsidRPr="007E0F8E" w14:paraId="69EF950D" w14:textId="0110DF0C" w:rsidTr="00AE51C7">
        <w:tc>
          <w:tcPr>
            <w:tcW w:w="155" w:type="pct"/>
          </w:tcPr>
          <w:p w14:paraId="03DFC99B" w14:textId="7E232173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7E0F8E">
              <w:rPr>
                <w:rFonts w:asciiTheme="majorHAnsi" w:hAnsiTheme="majorHAnsi" w:cstheme="majorHAnsi"/>
                <w:color w:val="000000" w:themeColor="text1"/>
              </w:rPr>
              <w:t>Nº</w:t>
            </w:r>
            <w:proofErr w:type="spellEnd"/>
            <w:r w:rsidR="008443ED" w:rsidRPr="007E0F8E">
              <w:rPr>
                <w:rFonts w:asciiTheme="majorHAnsi" w:hAnsiTheme="majorHAnsi" w:cstheme="majorHAnsi"/>
                <w:color w:val="000000" w:themeColor="text1"/>
              </w:rPr>
              <w:t xml:space="preserve"> de Orden</w:t>
            </w:r>
          </w:p>
        </w:tc>
        <w:tc>
          <w:tcPr>
            <w:tcW w:w="1303" w:type="pct"/>
          </w:tcPr>
          <w:p w14:paraId="3B45FC60" w14:textId="77777777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Acreedor/Proveedor</w:t>
            </w:r>
          </w:p>
        </w:tc>
        <w:tc>
          <w:tcPr>
            <w:tcW w:w="402" w:type="pct"/>
          </w:tcPr>
          <w:p w14:paraId="06EFCA24" w14:textId="77777777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NIF</w:t>
            </w:r>
          </w:p>
        </w:tc>
        <w:tc>
          <w:tcPr>
            <w:tcW w:w="510" w:type="pct"/>
          </w:tcPr>
          <w:p w14:paraId="382A83B2" w14:textId="77777777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7E0F8E">
              <w:rPr>
                <w:rFonts w:asciiTheme="majorHAnsi" w:hAnsiTheme="majorHAnsi" w:cstheme="majorHAnsi"/>
                <w:color w:val="000000" w:themeColor="text1"/>
              </w:rPr>
              <w:t>Nº</w:t>
            </w:r>
            <w:proofErr w:type="spellEnd"/>
            <w:r w:rsidRPr="007E0F8E">
              <w:rPr>
                <w:rFonts w:asciiTheme="majorHAnsi" w:hAnsiTheme="majorHAnsi" w:cstheme="majorHAnsi"/>
                <w:color w:val="000000" w:themeColor="text1"/>
              </w:rPr>
              <w:t xml:space="preserve"> factura</w:t>
            </w:r>
          </w:p>
        </w:tc>
        <w:tc>
          <w:tcPr>
            <w:tcW w:w="579" w:type="pct"/>
          </w:tcPr>
          <w:p w14:paraId="520B1B7B" w14:textId="77777777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Concepto</w:t>
            </w:r>
          </w:p>
        </w:tc>
        <w:tc>
          <w:tcPr>
            <w:tcW w:w="531" w:type="pct"/>
          </w:tcPr>
          <w:p w14:paraId="0F2A1308" w14:textId="77777777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Fecha emisión</w:t>
            </w:r>
          </w:p>
        </w:tc>
        <w:tc>
          <w:tcPr>
            <w:tcW w:w="475" w:type="pct"/>
          </w:tcPr>
          <w:p w14:paraId="5C28C91C" w14:textId="77777777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Fecha pago</w:t>
            </w:r>
          </w:p>
        </w:tc>
        <w:tc>
          <w:tcPr>
            <w:tcW w:w="538" w:type="pct"/>
          </w:tcPr>
          <w:p w14:paraId="23B821A6" w14:textId="77777777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Importe (€)</w:t>
            </w:r>
          </w:p>
        </w:tc>
        <w:tc>
          <w:tcPr>
            <w:tcW w:w="508" w:type="pct"/>
          </w:tcPr>
          <w:p w14:paraId="1B3A4972" w14:textId="77777777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Acción de fomento</w:t>
            </w:r>
          </w:p>
          <w:p w14:paraId="7F4975CB" w14:textId="5CC4A96D" w:rsidR="00390E22" w:rsidRPr="007E0F8E" w:rsidRDefault="00390E22" w:rsidP="008443ED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(1)</w:t>
            </w:r>
          </w:p>
        </w:tc>
      </w:tr>
      <w:tr w:rsidR="00390E22" w:rsidRPr="007E0F8E" w14:paraId="6D1B7BAD" w14:textId="4038F3EB" w:rsidTr="00AE51C7">
        <w:tc>
          <w:tcPr>
            <w:tcW w:w="155" w:type="pct"/>
          </w:tcPr>
          <w:p w14:paraId="2735F2F5" w14:textId="77777777" w:rsidR="00390E22" w:rsidRPr="007E0F8E" w:rsidRDefault="00390E22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1</w:t>
            </w:r>
          </w:p>
        </w:tc>
        <w:tc>
          <w:tcPr>
            <w:tcW w:w="1303" w:type="pct"/>
          </w:tcPr>
          <w:p w14:paraId="5BB675A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01CD2B11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36F9EE03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2D2CC3D5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29618B96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1E34BEBA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6885B91D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63F25775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90E22" w:rsidRPr="007E0F8E" w14:paraId="53BDF04F" w14:textId="63122295" w:rsidTr="00AE51C7">
        <w:tc>
          <w:tcPr>
            <w:tcW w:w="155" w:type="pct"/>
          </w:tcPr>
          <w:p w14:paraId="52649C80" w14:textId="77777777" w:rsidR="00390E22" w:rsidRPr="007E0F8E" w:rsidRDefault="00390E22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2</w:t>
            </w:r>
          </w:p>
        </w:tc>
        <w:tc>
          <w:tcPr>
            <w:tcW w:w="1303" w:type="pct"/>
          </w:tcPr>
          <w:p w14:paraId="78D4AFB1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1265074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48D5BAF6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4A724CBA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1DF661DA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1014995A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014BCB2B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49C58A5E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90E22" w:rsidRPr="007E0F8E" w14:paraId="7A02B816" w14:textId="3A5A02A1" w:rsidTr="00AE51C7">
        <w:tc>
          <w:tcPr>
            <w:tcW w:w="155" w:type="pct"/>
          </w:tcPr>
          <w:p w14:paraId="38B8EFAD" w14:textId="77777777" w:rsidR="00390E22" w:rsidRPr="007E0F8E" w:rsidRDefault="00390E22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lastRenderedPageBreak/>
              <w:t>3</w:t>
            </w:r>
          </w:p>
        </w:tc>
        <w:tc>
          <w:tcPr>
            <w:tcW w:w="1303" w:type="pct"/>
          </w:tcPr>
          <w:p w14:paraId="29CF9126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1B00155B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6D400086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4B6104E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6406AF78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6F867159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13B74C9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2A23A318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90E22" w:rsidRPr="007E0F8E" w14:paraId="67F61782" w14:textId="3434A9EF" w:rsidTr="00AE51C7">
        <w:tc>
          <w:tcPr>
            <w:tcW w:w="155" w:type="pct"/>
          </w:tcPr>
          <w:p w14:paraId="555D25C4" w14:textId="77777777" w:rsidR="00390E22" w:rsidRPr="007E0F8E" w:rsidRDefault="00390E22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4</w:t>
            </w:r>
          </w:p>
        </w:tc>
        <w:tc>
          <w:tcPr>
            <w:tcW w:w="1303" w:type="pct"/>
          </w:tcPr>
          <w:p w14:paraId="717EC11E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26C391D6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37BE94F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25666403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6417801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749A94C6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694A71A1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636803F9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90E22" w:rsidRPr="007E0F8E" w14:paraId="4AAA4F61" w14:textId="286D529B" w:rsidTr="00AE51C7">
        <w:tc>
          <w:tcPr>
            <w:tcW w:w="155" w:type="pct"/>
          </w:tcPr>
          <w:p w14:paraId="66F0D740" w14:textId="77777777" w:rsidR="00390E22" w:rsidRPr="007E0F8E" w:rsidRDefault="00390E22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5</w:t>
            </w:r>
          </w:p>
        </w:tc>
        <w:tc>
          <w:tcPr>
            <w:tcW w:w="1303" w:type="pct"/>
          </w:tcPr>
          <w:p w14:paraId="407EAA36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5654AC0A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0958CDF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2EE2E190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50F420D0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409B9AB0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2C8A2496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0506D469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90E22" w:rsidRPr="007E0F8E" w14:paraId="15AF49E9" w14:textId="720F7A49" w:rsidTr="00AE51C7">
        <w:tc>
          <w:tcPr>
            <w:tcW w:w="155" w:type="pct"/>
          </w:tcPr>
          <w:p w14:paraId="02B4219F" w14:textId="77777777" w:rsidR="00390E22" w:rsidRPr="007E0F8E" w:rsidRDefault="00390E22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6</w:t>
            </w:r>
          </w:p>
        </w:tc>
        <w:tc>
          <w:tcPr>
            <w:tcW w:w="1303" w:type="pct"/>
          </w:tcPr>
          <w:p w14:paraId="537A7B05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1CCE59BE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3355A039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76F06825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7FD8518B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28BD3650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7DD9556E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56D340E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90E22" w:rsidRPr="007E0F8E" w14:paraId="2BF26A81" w14:textId="016E8810" w:rsidTr="00AE51C7">
        <w:tc>
          <w:tcPr>
            <w:tcW w:w="155" w:type="pct"/>
          </w:tcPr>
          <w:p w14:paraId="00B32752" w14:textId="77777777" w:rsidR="00390E22" w:rsidRPr="007E0F8E" w:rsidRDefault="00390E22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7</w:t>
            </w:r>
          </w:p>
        </w:tc>
        <w:tc>
          <w:tcPr>
            <w:tcW w:w="1303" w:type="pct"/>
          </w:tcPr>
          <w:p w14:paraId="73F826B0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11F12D18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6C5BBA2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16021CA1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6A10FCAA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28B9FE18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0255AD9F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086677A0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90E22" w:rsidRPr="007E0F8E" w14:paraId="1AEB853D" w14:textId="5E07F63D" w:rsidTr="00AE51C7">
        <w:tc>
          <w:tcPr>
            <w:tcW w:w="155" w:type="pct"/>
          </w:tcPr>
          <w:p w14:paraId="0DECA41F" w14:textId="77777777" w:rsidR="00390E22" w:rsidRPr="007E0F8E" w:rsidRDefault="00390E22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8</w:t>
            </w:r>
          </w:p>
        </w:tc>
        <w:tc>
          <w:tcPr>
            <w:tcW w:w="1303" w:type="pct"/>
          </w:tcPr>
          <w:p w14:paraId="4A60E7CB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02A928DF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2E91A97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251FD5EA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515E30A6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257D2473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4CEC28F1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727E6194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90E22" w:rsidRPr="007E0F8E" w14:paraId="6CCFBB65" w14:textId="757263FF" w:rsidTr="00AE51C7">
        <w:tc>
          <w:tcPr>
            <w:tcW w:w="155" w:type="pct"/>
          </w:tcPr>
          <w:p w14:paraId="586326E9" w14:textId="77777777" w:rsidR="00390E22" w:rsidRPr="007E0F8E" w:rsidRDefault="00390E22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9</w:t>
            </w:r>
          </w:p>
        </w:tc>
        <w:tc>
          <w:tcPr>
            <w:tcW w:w="1303" w:type="pct"/>
          </w:tcPr>
          <w:p w14:paraId="6ED8A9DC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08F9485F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5E5A2A45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44147707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602718D7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56F0CD04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6EF5F548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407329F1" w14:textId="77777777" w:rsidR="00390E22" w:rsidRPr="007E0F8E" w:rsidRDefault="00390E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84DDC" w:rsidRPr="007E0F8E" w14:paraId="5EF9C855" w14:textId="77777777" w:rsidTr="00AE51C7">
        <w:tc>
          <w:tcPr>
            <w:tcW w:w="155" w:type="pct"/>
          </w:tcPr>
          <w:p w14:paraId="27DBD697" w14:textId="14AAC235" w:rsidR="00D84DDC" w:rsidRPr="007E0F8E" w:rsidRDefault="00D84DDC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10</w:t>
            </w:r>
          </w:p>
        </w:tc>
        <w:tc>
          <w:tcPr>
            <w:tcW w:w="1303" w:type="pct"/>
          </w:tcPr>
          <w:p w14:paraId="37C42211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7A5BBD64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2C7D8FA7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67FCC9EA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67DB0473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5846A5F0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2958D330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4FAA9A99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84DDC" w:rsidRPr="007E0F8E" w14:paraId="278C80B1" w14:textId="77777777" w:rsidTr="00AE51C7">
        <w:tc>
          <w:tcPr>
            <w:tcW w:w="155" w:type="pct"/>
          </w:tcPr>
          <w:p w14:paraId="70F22838" w14:textId="0BC5782D" w:rsidR="00D84DDC" w:rsidRPr="007E0F8E" w:rsidRDefault="00D84DDC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11</w:t>
            </w:r>
          </w:p>
        </w:tc>
        <w:tc>
          <w:tcPr>
            <w:tcW w:w="1303" w:type="pct"/>
          </w:tcPr>
          <w:p w14:paraId="14FDCDAE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67C83DE3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07FB17B8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46C990AF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3DC0752C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1B5BEC88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308DE530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4E9E3CBA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84DDC" w:rsidRPr="007E0F8E" w14:paraId="4A563AE1" w14:textId="77777777" w:rsidTr="00AE51C7">
        <w:tc>
          <w:tcPr>
            <w:tcW w:w="155" w:type="pct"/>
          </w:tcPr>
          <w:p w14:paraId="1C30CC83" w14:textId="666315C4" w:rsidR="00D84DDC" w:rsidRPr="007E0F8E" w:rsidRDefault="00D84DDC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12</w:t>
            </w:r>
          </w:p>
        </w:tc>
        <w:tc>
          <w:tcPr>
            <w:tcW w:w="1303" w:type="pct"/>
          </w:tcPr>
          <w:p w14:paraId="17228706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22A2A4F5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549F122F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75898457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37A6F3B1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1ADFB155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12A2D02A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0B189D46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84DDC" w:rsidRPr="007E0F8E" w14:paraId="104057F7" w14:textId="77777777" w:rsidTr="00AE51C7">
        <w:tc>
          <w:tcPr>
            <w:tcW w:w="155" w:type="pct"/>
          </w:tcPr>
          <w:p w14:paraId="6A3DA526" w14:textId="779FB631" w:rsidR="00D84DDC" w:rsidRPr="007E0F8E" w:rsidRDefault="00D84DDC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13</w:t>
            </w:r>
          </w:p>
        </w:tc>
        <w:tc>
          <w:tcPr>
            <w:tcW w:w="1303" w:type="pct"/>
          </w:tcPr>
          <w:p w14:paraId="59F58A81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3BCF5FB0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1D96C133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3B7E8856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004117AC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5C35DF73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19CA20F0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7A5E5719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84DDC" w:rsidRPr="007E0F8E" w14:paraId="78CBB1FD" w14:textId="77777777" w:rsidTr="00AE51C7">
        <w:tc>
          <w:tcPr>
            <w:tcW w:w="155" w:type="pct"/>
          </w:tcPr>
          <w:p w14:paraId="618B311F" w14:textId="179DDD86" w:rsidR="00D84DDC" w:rsidRPr="007E0F8E" w:rsidRDefault="00D84DDC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14</w:t>
            </w:r>
          </w:p>
        </w:tc>
        <w:tc>
          <w:tcPr>
            <w:tcW w:w="1303" w:type="pct"/>
          </w:tcPr>
          <w:p w14:paraId="33E85D09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7445F5E3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3AF6FA94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2FF7D602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51D9E730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2F86FBD3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687789E4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4CF1F187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84DDC" w:rsidRPr="007E0F8E" w14:paraId="2AABD87E" w14:textId="77777777" w:rsidTr="00AE51C7">
        <w:tc>
          <w:tcPr>
            <w:tcW w:w="155" w:type="pct"/>
          </w:tcPr>
          <w:p w14:paraId="0DA70997" w14:textId="4CFAE662" w:rsidR="00D84DDC" w:rsidRPr="007E0F8E" w:rsidRDefault="00D84DDC" w:rsidP="003E7D59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15</w:t>
            </w:r>
          </w:p>
        </w:tc>
        <w:tc>
          <w:tcPr>
            <w:tcW w:w="1303" w:type="pct"/>
          </w:tcPr>
          <w:p w14:paraId="5C279210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02" w:type="pct"/>
          </w:tcPr>
          <w:p w14:paraId="751B5018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10" w:type="pct"/>
          </w:tcPr>
          <w:p w14:paraId="33DC9238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79" w:type="pct"/>
          </w:tcPr>
          <w:p w14:paraId="2FE23E98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1" w:type="pct"/>
          </w:tcPr>
          <w:p w14:paraId="1588154D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75" w:type="pct"/>
          </w:tcPr>
          <w:p w14:paraId="20A5FAC6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38" w:type="pct"/>
          </w:tcPr>
          <w:p w14:paraId="1A924291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08" w:type="pct"/>
          </w:tcPr>
          <w:p w14:paraId="781076D6" w14:textId="77777777" w:rsidR="00D84DDC" w:rsidRPr="007E0F8E" w:rsidRDefault="00D84DD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84DDC" w:rsidRPr="007E0F8E" w14:paraId="39FEC73E" w14:textId="33383826" w:rsidTr="00D84DDC">
        <w:tc>
          <w:tcPr>
            <w:tcW w:w="3954" w:type="pct"/>
            <w:gridSpan w:val="7"/>
          </w:tcPr>
          <w:p w14:paraId="50ECE7B6" w14:textId="49BEF9C2" w:rsidR="00D84DDC" w:rsidRPr="007E0F8E" w:rsidRDefault="00D84DDC" w:rsidP="003E7D59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proofErr w:type="gramStart"/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Total</w:t>
            </w:r>
            <w:proofErr w:type="gramEnd"/>
            <w:r w:rsidRPr="007E0F8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 Importe</w:t>
            </w:r>
          </w:p>
        </w:tc>
        <w:tc>
          <w:tcPr>
            <w:tcW w:w="1046" w:type="pct"/>
            <w:gridSpan w:val="2"/>
          </w:tcPr>
          <w:p w14:paraId="0ECECD52" w14:textId="2FA1058C" w:rsidR="00D84DDC" w:rsidRPr="007E0F8E" w:rsidRDefault="00D84DDC" w:rsidP="00D84DDC">
            <w:pPr>
              <w:jc w:val="right"/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€</w:t>
            </w:r>
          </w:p>
        </w:tc>
      </w:tr>
    </w:tbl>
    <w:p w14:paraId="4110278C" w14:textId="77777777" w:rsidR="00DA4EC0" w:rsidRPr="007E0F8E" w:rsidRDefault="00DA4EC0" w:rsidP="00DA4EC0">
      <w:pPr>
        <w:pStyle w:val="Default"/>
        <w:jc w:val="both"/>
        <w:rPr>
          <w:rFonts w:cstheme="majorHAnsi"/>
          <w:color w:val="000000" w:themeColor="text1"/>
          <w:sz w:val="22"/>
          <w:szCs w:val="22"/>
          <w:highlight w:val="yellow"/>
        </w:rPr>
      </w:pPr>
    </w:p>
    <w:p w14:paraId="58AFE779" w14:textId="3F4D034F" w:rsidR="00DA4EC0" w:rsidRPr="007E0F8E" w:rsidRDefault="00390E22" w:rsidP="00DA4EC0">
      <w:pPr>
        <w:pStyle w:val="Default"/>
        <w:jc w:val="both"/>
        <w:rPr>
          <w:rFonts w:cstheme="majorHAnsi"/>
          <w:color w:val="000000" w:themeColor="text1"/>
          <w:sz w:val="22"/>
          <w:szCs w:val="22"/>
        </w:rPr>
      </w:pPr>
      <w:r w:rsidRPr="007E0F8E">
        <w:rPr>
          <w:rFonts w:cstheme="majorHAnsi"/>
          <w:b/>
          <w:bCs/>
          <w:color w:val="000000" w:themeColor="text1"/>
          <w:sz w:val="22"/>
          <w:szCs w:val="22"/>
        </w:rPr>
        <w:t>Acción de Fomento</w:t>
      </w:r>
      <w:r w:rsidRPr="007E0F8E">
        <w:rPr>
          <w:rFonts w:cstheme="majorHAnsi"/>
          <w:color w:val="000000" w:themeColor="text1"/>
          <w:sz w:val="22"/>
          <w:szCs w:val="22"/>
        </w:rPr>
        <w:t xml:space="preserve">: </w:t>
      </w:r>
      <w:r w:rsidR="00CA4435" w:rsidRPr="007E0F8E">
        <w:rPr>
          <w:rFonts w:cstheme="majorHAnsi"/>
          <w:color w:val="000000" w:themeColor="text1"/>
          <w:sz w:val="22"/>
          <w:szCs w:val="22"/>
        </w:rPr>
        <w:t>Cultural; deportiva; turística; educativa; social; sanitaria; medioambiental; protección civil y emergencias; seguridad ciudadana y movilidad; abastecimiento de agua potable y saneamiento; gestión de residuos y limpieza viaria; alumbrado público y eficiencia energética; cementerios y servicios funerarios; mantenimiento y conservación de edificios municipales; mantenimiento y conservación de infraestructuras municipales; parques, jardines y espacios públicos; funcionamiento de servicios municipales; administración general; atención al ciudadano y servicios administrativos; personal municipal; digitalización y administración electrónica; promoción económica, comercio y desarrollo rural; y otros servicios municipales de competencia local.</w:t>
      </w:r>
    </w:p>
    <w:p w14:paraId="1453D6A9" w14:textId="0EBE84E6" w:rsidR="00151547" w:rsidRPr="007E0F8E" w:rsidRDefault="00151547">
      <w:r w:rsidRPr="007E0F8E">
        <w:br w:type="page"/>
      </w:r>
    </w:p>
    <w:p w14:paraId="60B25775" w14:textId="77777777" w:rsidR="00151547" w:rsidRPr="007E0F8E" w:rsidRDefault="00151547" w:rsidP="00151547">
      <w:pPr>
        <w:pStyle w:val="Prrafodelista"/>
        <w:jc w:val="both"/>
        <w:rPr>
          <w:rFonts w:asciiTheme="majorHAnsi" w:hAnsiTheme="majorHAnsi" w:cstheme="majorHAnsi"/>
          <w:color w:val="000000" w:themeColor="text1"/>
        </w:rPr>
      </w:pPr>
    </w:p>
    <w:p w14:paraId="7979B7AF" w14:textId="7D9E5A2F" w:rsidR="0028223E" w:rsidRPr="007E0F8E" w:rsidRDefault="00FF7CF0" w:rsidP="00151547">
      <w:pPr>
        <w:pStyle w:val="Prrafodelista"/>
        <w:ind w:left="0"/>
        <w:jc w:val="both"/>
        <w:rPr>
          <w:rFonts w:asciiTheme="majorHAnsi" w:eastAsiaTheme="majorEastAsia" w:hAnsiTheme="majorHAnsi" w:cstheme="majorHAnsi"/>
          <w:b/>
          <w:bCs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>DECLARACIONES</w:t>
      </w:r>
      <w:r w:rsidR="00F30D56" w:rsidRPr="007E0F8E">
        <w:rPr>
          <w:rFonts w:asciiTheme="majorHAnsi" w:hAnsiTheme="majorHAnsi" w:cstheme="majorHAnsi"/>
          <w:color w:val="000000" w:themeColor="text1"/>
        </w:rPr>
        <w:t xml:space="preserve">: </w:t>
      </w:r>
      <w:r w:rsidR="00D46308" w:rsidRPr="007E0F8E">
        <w:rPr>
          <w:rFonts w:asciiTheme="majorHAnsi" w:hAnsiTheme="majorHAnsi" w:cstheme="majorHAnsi"/>
          <w:color w:val="000000" w:themeColor="text1"/>
        </w:rPr>
        <w:t>Que, bajo mi responsabilidad y conforme a la documentación obrante en esta entidad local</w:t>
      </w:r>
      <w:r w:rsidR="00F30D56" w:rsidRPr="007E0F8E">
        <w:rPr>
          <w:rFonts w:asciiTheme="majorHAnsi" w:hAnsiTheme="majorHAnsi" w:cstheme="majorHAnsi"/>
          <w:color w:val="000000" w:themeColor="text1"/>
        </w:rPr>
        <w:t>, a cuya documentación me remito en todo momento, consta:</w:t>
      </w:r>
      <w:r w:rsidR="000908CA" w:rsidRPr="007E0F8E">
        <w:rPr>
          <w:rFonts w:cstheme="majorHAnsi"/>
          <w:color w:val="000000" w:themeColor="text1"/>
        </w:rPr>
        <w:t xml:space="preserve"> </w:t>
      </w:r>
    </w:p>
    <w:p w14:paraId="4D88AEA2" w14:textId="7CB240E0" w:rsidR="0028223E" w:rsidRPr="007E0F8E" w:rsidRDefault="00FF7CF0" w:rsidP="00151547">
      <w:pPr>
        <w:pStyle w:val="Prrafodelista"/>
        <w:numPr>
          <w:ilvl w:val="0"/>
          <w:numId w:val="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 xml:space="preserve">Que los gastos </w:t>
      </w:r>
      <w:r w:rsidR="00F30D56" w:rsidRPr="007E0F8E">
        <w:rPr>
          <w:rFonts w:asciiTheme="majorHAnsi" w:hAnsiTheme="majorHAnsi" w:cstheme="majorHAnsi"/>
          <w:color w:val="000000" w:themeColor="text1"/>
        </w:rPr>
        <w:t xml:space="preserve">que constan en el presente documento </w:t>
      </w:r>
      <w:r w:rsidRPr="007E0F8E">
        <w:rPr>
          <w:rFonts w:asciiTheme="majorHAnsi" w:hAnsiTheme="majorHAnsi" w:cstheme="majorHAnsi"/>
          <w:color w:val="000000" w:themeColor="text1"/>
        </w:rPr>
        <w:t>son subvencionables.</w:t>
      </w:r>
    </w:p>
    <w:p w14:paraId="0FA052A6" w14:textId="244F5D62" w:rsidR="0028223E" w:rsidRPr="007E0F8E" w:rsidRDefault="00FF7CF0" w:rsidP="00151547">
      <w:pPr>
        <w:pStyle w:val="Prrafodelista"/>
        <w:numPr>
          <w:ilvl w:val="0"/>
          <w:numId w:val="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 xml:space="preserve">Que </w:t>
      </w:r>
      <w:r w:rsidR="00F30D56" w:rsidRPr="007E0F8E">
        <w:rPr>
          <w:rFonts w:asciiTheme="majorHAnsi" w:hAnsiTheme="majorHAnsi" w:cstheme="majorHAnsi"/>
          <w:color w:val="000000" w:themeColor="text1"/>
        </w:rPr>
        <w:t xml:space="preserve">los gastos que constan en el presente documento han </w:t>
      </w:r>
      <w:r w:rsidRPr="007E0F8E">
        <w:rPr>
          <w:rFonts w:asciiTheme="majorHAnsi" w:hAnsiTheme="majorHAnsi" w:cstheme="majorHAnsi"/>
          <w:color w:val="000000" w:themeColor="text1"/>
        </w:rPr>
        <w:t>sido efectivamente realizados y pagados.</w:t>
      </w:r>
    </w:p>
    <w:p w14:paraId="148F5CF6" w14:textId="0206E8EF" w:rsidR="0028223E" w:rsidRPr="007E0F8E" w:rsidRDefault="00FF7CF0" w:rsidP="00151547">
      <w:pPr>
        <w:pStyle w:val="Prrafodelista"/>
        <w:numPr>
          <w:ilvl w:val="0"/>
          <w:numId w:val="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>Que</w:t>
      </w:r>
      <w:r w:rsidR="000908CA" w:rsidRPr="007E0F8E">
        <w:rPr>
          <w:rFonts w:asciiTheme="majorHAnsi" w:hAnsiTheme="majorHAnsi" w:cstheme="majorHAnsi"/>
          <w:color w:val="000000" w:themeColor="text1"/>
        </w:rPr>
        <w:t xml:space="preserve"> respecto de</w:t>
      </w:r>
      <w:r w:rsidR="000908CA" w:rsidRPr="007E0F8E">
        <w:t xml:space="preserve"> </w:t>
      </w:r>
      <w:r w:rsidR="000908CA" w:rsidRPr="007E0F8E">
        <w:rPr>
          <w:rFonts w:asciiTheme="majorHAnsi" w:hAnsiTheme="majorHAnsi" w:cstheme="majorHAnsi"/>
          <w:color w:val="000000" w:themeColor="text1"/>
        </w:rPr>
        <w:t>los gastos que constan en el presente documento</w:t>
      </w:r>
      <w:r w:rsidRPr="007E0F8E">
        <w:rPr>
          <w:rFonts w:asciiTheme="majorHAnsi" w:hAnsiTheme="majorHAnsi" w:cstheme="majorHAnsi"/>
          <w:color w:val="000000" w:themeColor="text1"/>
        </w:rPr>
        <w:t xml:space="preserve"> no existe doble financiación</w:t>
      </w:r>
      <w:r w:rsidR="00F30D56" w:rsidRPr="007E0F8E">
        <w:rPr>
          <w:rFonts w:asciiTheme="majorHAnsi" w:hAnsiTheme="majorHAnsi" w:cstheme="majorHAnsi"/>
          <w:color w:val="000000" w:themeColor="text1"/>
        </w:rPr>
        <w:t xml:space="preserve"> o existiendo financiación en su conjunto no supera el gasto total.</w:t>
      </w:r>
    </w:p>
    <w:p w14:paraId="5AEDF4C0" w14:textId="3D07AFC2" w:rsidR="0028223E" w:rsidRPr="007E0F8E" w:rsidRDefault="00FF7CF0" w:rsidP="00151547">
      <w:pPr>
        <w:pStyle w:val="Prrafodelista"/>
        <w:numPr>
          <w:ilvl w:val="0"/>
          <w:numId w:val="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>Que</w:t>
      </w:r>
      <w:r w:rsidR="000908CA" w:rsidRPr="007E0F8E">
        <w:rPr>
          <w:rFonts w:asciiTheme="majorHAnsi" w:hAnsiTheme="majorHAnsi" w:cstheme="majorHAnsi"/>
          <w:color w:val="000000" w:themeColor="text1"/>
        </w:rPr>
        <w:t xml:space="preserve"> respecto de los gastos que constan en el presente documento, </w:t>
      </w:r>
      <w:r w:rsidRPr="007E0F8E">
        <w:rPr>
          <w:rFonts w:asciiTheme="majorHAnsi" w:hAnsiTheme="majorHAnsi" w:cstheme="majorHAnsi"/>
          <w:color w:val="000000" w:themeColor="text1"/>
        </w:rPr>
        <w:t>obra en poder de la Entidad Local</w:t>
      </w:r>
      <w:r w:rsidR="000908CA" w:rsidRPr="007E0F8E">
        <w:t xml:space="preserve"> </w:t>
      </w:r>
      <w:r w:rsidR="000908CA" w:rsidRPr="007E0F8E">
        <w:rPr>
          <w:rFonts w:asciiTheme="majorHAnsi" w:hAnsiTheme="majorHAnsi" w:cstheme="majorHAnsi"/>
          <w:color w:val="000000" w:themeColor="text1"/>
        </w:rPr>
        <w:t>la documentación original.</w:t>
      </w:r>
    </w:p>
    <w:p w14:paraId="75D34A1B" w14:textId="1E3605FF" w:rsidR="0028223E" w:rsidRPr="007E0F8E" w:rsidRDefault="00FF7CF0" w:rsidP="00151547">
      <w:pPr>
        <w:pStyle w:val="Prrafodelista"/>
        <w:numPr>
          <w:ilvl w:val="0"/>
          <w:numId w:val="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t xml:space="preserve">Que la Entidad Local </w:t>
      </w:r>
      <w:r w:rsidR="00F30D56" w:rsidRPr="007E0F8E">
        <w:rPr>
          <w:rFonts w:asciiTheme="majorHAnsi" w:hAnsiTheme="majorHAnsi" w:cstheme="majorHAnsi"/>
          <w:color w:val="000000" w:themeColor="text1"/>
        </w:rPr>
        <w:t>se halla al corriente en el cumplimiento de las obligaciones tributarias o frente a la Seguridad Social impuestas por las disposiciones vigentes, en la forma que se determine reglamentariamente de conformidad con el art. 13 de la Ley 38/2003, de 8 de noviembre, LGS.</w:t>
      </w:r>
    </w:p>
    <w:p w14:paraId="1E3A0332" w14:textId="0832598A" w:rsidR="0028223E" w:rsidRPr="007E0F8E" w:rsidRDefault="00FF7CF0" w:rsidP="00151547">
      <w:pPr>
        <w:jc w:val="both"/>
        <w:rPr>
          <w:rFonts w:asciiTheme="majorHAnsi" w:hAnsiTheme="majorHAnsi" w:cstheme="majorHAnsi"/>
          <w:color w:val="000000" w:themeColor="text1"/>
        </w:rPr>
      </w:pPr>
      <w:r w:rsidRPr="007E0F8E">
        <w:rPr>
          <w:rFonts w:asciiTheme="majorHAnsi" w:hAnsiTheme="majorHAnsi" w:cstheme="majorHAnsi"/>
          <w:color w:val="000000" w:themeColor="text1"/>
        </w:rPr>
        <w:br/>
      </w:r>
      <w:r w:rsidR="004604D2" w:rsidRPr="007E0F8E">
        <w:rPr>
          <w:rFonts w:asciiTheme="majorHAnsi" w:hAnsiTheme="majorHAnsi" w:cstheme="majorHAnsi"/>
          <w:color w:val="000000" w:themeColor="text1"/>
        </w:rPr>
        <w:t xml:space="preserve">Y para que conste ante la Excma. Diputación Provincial de Cuenca y surta los efectos oportunos, expido el presente certificado por Orden del Sr/a </w:t>
      </w:r>
      <w:proofErr w:type="gramStart"/>
      <w:r w:rsidR="004604D2" w:rsidRPr="007E0F8E">
        <w:rPr>
          <w:rFonts w:asciiTheme="majorHAnsi" w:hAnsiTheme="majorHAnsi" w:cstheme="majorHAnsi"/>
          <w:color w:val="000000" w:themeColor="text1"/>
        </w:rPr>
        <w:t>Alcalde</w:t>
      </w:r>
      <w:proofErr w:type="gramEnd"/>
      <w:r w:rsidR="004604D2" w:rsidRPr="007E0F8E">
        <w:rPr>
          <w:rFonts w:asciiTheme="majorHAnsi" w:hAnsiTheme="majorHAnsi" w:cstheme="majorHAnsi"/>
          <w:color w:val="000000" w:themeColor="text1"/>
        </w:rPr>
        <w:t>/</w:t>
      </w:r>
      <w:proofErr w:type="spellStart"/>
      <w:proofErr w:type="gramStart"/>
      <w:r w:rsidR="004604D2" w:rsidRPr="007E0F8E">
        <w:rPr>
          <w:rFonts w:asciiTheme="majorHAnsi" w:hAnsiTheme="majorHAnsi" w:cstheme="majorHAnsi"/>
          <w:color w:val="000000" w:themeColor="text1"/>
        </w:rPr>
        <w:t>sa</w:t>
      </w:r>
      <w:proofErr w:type="spellEnd"/>
      <w:r w:rsidR="004604D2" w:rsidRPr="007E0F8E">
        <w:rPr>
          <w:rFonts w:asciiTheme="majorHAnsi" w:hAnsiTheme="majorHAnsi" w:cstheme="majorHAnsi"/>
          <w:color w:val="000000" w:themeColor="text1"/>
        </w:rPr>
        <w:t xml:space="preserve">  y</w:t>
      </w:r>
      <w:proofErr w:type="gramEnd"/>
      <w:r w:rsidR="004604D2" w:rsidRPr="007E0F8E">
        <w:rPr>
          <w:rFonts w:asciiTheme="majorHAnsi" w:hAnsiTheme="majorHAnsi" w:cstheme="majorHAnsi"/>
          <w:color w:val="000000" w:themeColor="text1"/>
        </w:rPr>
        <w:t xml:space="preserve"> con su Visto Bueno, en la fecha </w:t>
      </w:r>
      <w:proofErr w:type="gramStart"/>
      <w:r w:rsidR="004604D2" w:rsidRPr="007E0F8E">
        <w:rPr>
          <w:rFonts w:asciiTheme="majorHAnsi" w:hAnsiTheme="majorHAnsi" w:cstheme="majorHAnsi"/>
          <w:color w:val="000000" w:themeColor="text1"/>
        </w:rPr>
        <w:t>al margen expresada</w:t>
      </w:r>
      <w:proofErr w:type="gramEnd"/>
      <w:r w:rsidR="004604D2" w:rsidRPr="007E0F8E">
        <w:rPr>
          <w:rFonts w:asciiTheme="majorHAnsi" w:hAnsiTheme="majorHAnsi" w:cstheme="majorHAnsi"/>
          <w:color w:val="000000" w:themeColor="text1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28223E" w:rsidRPr="007E0F8E" w14:paraId="547187E7" w14:textId="77777777">
        <w:tc>
          <w:tcPr>
            <w:tcW w:w="4873" w:type="dxa"/>
          </w:tcPr>
          <w:p w14:paraId="329945B8" w14:textId="77777777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V.º B.º</w:t>
            </w:r>
            <w:r w:rsidRPr="007E0F8E">
              <w:rPr>
                <w:rFonts w:asciiTheme="majorHAnsi" w:hAnsiTheme="majorHAnsi" w:cstheme="majorHAnsi"/>
                <w:color w:val="000000" w:themeColor="text1"/>
              </w:rPr>
              <w:br/>
              <w:t>EL/LA ALCALDE/SA–PRESIDENTE/A</w:t>
            </w:r>
          </w:p>
        </w:tc>
        <w:tc>
          <w:tcPr>
            <w:tcW w:w="4873" w:type="dxa"/>
          </w:tcPr>
          <w:p w14:paraId="3D14724B" w14:textId="77777777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t>EL/LA SECRETARIO/A–INTERVENTOR/A</w:t>
            </w:r>
          </w:p>
        </w:tc>
      </w:tr>
      <w:tr w:rsidR="0028223E" w:rsidRPr="007E0F8E" w14:paraId="4280737B" w14:textId="77777777">
        <w:tc>
          <w:tcPr>
            <w:tcW w:w="4873" w:type="dxa"/>
          </w:tcPr>
          <w:p w14:paraId="22778EE6" w14:textId="77777777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7E0F8E">
              <w:rPr>
                <w:rFonts w:asciiTheme="majorHAnsi" w:hAnsiTheme="majorHAnsi" w:cstheme="majorHAnsi"/>
                <w:color w:val="000000" w:themeColor="text1"/>
              </w:rPr>
              <w:br/>
              <w:t>(Firma electrónica)</w:t>
            </w:r>
          </w:p>
        </w:tc>
        <w:tc>
          <w:tcPr>
            <w:tcW w:w="4873" w:type="dxa"/>
          </w:tcPr>
          <w:p w14:paraId="56ACD2CF" w14:textId="77777777" w:rsidR="00151547" w:rsidRPr="007E0F8E" w:rsidRDefault="00151547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FB1C932" w14:textId="0AF43BF5" w:rsidR="0028223E" w:rsidRPr="007E0F8E" w:rsidRDefault="00FF7CF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0F8E">
              <w:rPr>
                <w:rFonts w:asciiTheme="majorHAnsi" w:hAnsiTheme="majorHAnsi" w:cstheme="majorHAnsi"/>
                <w:color w:val="000000" w:themeColor="text1"/>
              </w:rPr>
              <w:br/>
              <w:t>(Firma electrónica)</w:t>
            </w:r>
          </w:p>
        </w:tc>
      </w:tr>
    </w:tbl>
    <w:p w14:paraId="54DB1A3D" w14:textId="77777777" w:rsidR="00F32400" w:rsidRPr="004A72FD" w:rsidRDefault="00F32400" w:rsidP="00151547">
      <w:pPr>
        <w:rPr>
          <w:rFonts w:asciiTheme="majorHAnsi" w:hAnsiTheme="majorHAnsi" w:cstheme="majorHAnsi"/>
          <w:color w:val="000000" w:themeColor="text1"/>
        </w:rPr>
      </w:pPr>
    </w:p>
    <w:sectPr w:rsidR="00F32400" w:rsidRPr="004A72FD" w:rsidSect="00151547">
      <w:pgSz w:w="15840" w:h="12240" w:orient="landscape"/>
      <w:pgMar w:top="1247" w:right="1134" w:bottom="124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FA2058"/>
    <w:multiLevelType w:val="hybridMultilevel"/>
    <w:tmpl w:val="146CE9F8"/>
    <w:lvl w:ilvl="0" w:tplc="994C9D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F43901"/>
    <w:multiLevelType w:val="hybridMultilevel"/>
    <w:tmpl w:val="2F820D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305168">
    <w:abstractNumId w:val="8"/>
  </w:num>
  <w:num w:numId="2" w16cid:durableId="450704538">
    <w:abstractNumId w:val="6"/>
  </w:num>
  <w:num w:numId="3" w16cid:durableId="812870219">
    <w:abstractNumId w:val="5"/>
  </w:num>
  <w:num w:numId="4" w16cid:durableId="542522368">
    <w:abstractNumId w:val="4"/>
  </w:num>
  <w:num w:numId="5" w16cid:durableId="1983852681">
    <w:abstractNumId w:val="7"/>
  </w:num>
  <w:num w:numId="6" w16cid:durableId="2004158183">
    <w:abstractNumId w:val="3"/>
  </w:num>
  <w:num w:numId="7" w16cid:durableId="2066099639">
    <w:abstractNumId w:val="2"/>
  </w:num>
  <w:num w:numId="8" w16cid:durableId="224265754">
    <w:abstractNumId w:val="1"/>
  </w:num>
  <w:num w:numId="9" w16cid:durableId="688339464">
    <w:abstractNumId w:val="0"/>
  </w:num>
  <w:num w:numId="10" w16cid:durableId="757141226">
    <w:abstractNumId w:val="9"/>
  </w:num>
  <w:num w:numId="11" w16cid:durableId="15158483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6DE"/>
    <w:rsid w:val="0006063C"/>
    <w:rsid w:val="000908CA"/>
    <w:rsid w:val="0009318E"/>
    <w:rsid w:val="0015074B"/>
    <w:rsid w:val="00151547"/>
    <w:rsid w:val="0018255C"/>
    <w:rsid w:val="0028223E"/>
    <w:rsid w:val="002961A3"/>
    <w:rsid w:val="0029639D"/>
    <w:rsid w:val="00326F90"/>
    <w:rsid w:val="00390E22"/>
    <w:rsid w:val="003D5754"/>
    <w:rsid w:val="003E2E7E"/>
    <w:rsid w:val="003E7D59"/>
    <w:rsid w:val="004604D2"/>
    <w:rsid w:val="004A72FD"/>
    <w:rsid w:val="00625487"/>
    <w:rsid w:val="006A4206"/>
    <w:rsid w:val="00765FC5"/>
    <w:rsid w:val="007E0F8E"/>
    <w:rsid w:val="00835BAA"/>
    <w:rsid w:val="008443ED"/>
    <w:rsid w:val="008D1810"/>
    <w:rsid w:val="009A7F33"/>
    <w:rsid w:val="009F7EE3"/>
    <w:rsid w:val="00A2534E"/>
    <w:rsid w:val="00AA1D8D"/>
    <w:rsid w:val="00AE51C7"/>
    <w:rsid w:val="00B47730"/>
    <w:rsid w:val="00B946A4"/>
    <w:rsid w:val="00B9552F"/>
    <w:rsid w:val="00BE416A"/>
    <w:rsid w:val="00CA4435"/>
    <w:rsid w:val="00CB0664"/>
    <w:rsid w:val="00D46308"/>
    <w:rsid w:val="00D643DC"/>
    <w:rsid w:val="00D84DDC"/>
    <w:rsid w:val="00DA4EC0"/>
    <w:rsid w:val="00DF5CFF"/>
    <w:rsid w:val="00E437D6"/>
    <w:rsid w:val="00EE672C"/>
    <w:rsid w:val="00EE7F54"/>
    <w:rsid w:val="00F30D56"/>
    <w:rsid w:val="00F32400"/>
    <w:rsid w:val="00FA2F81"/>
    <w:rsid w:val="00FC693F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332F1"/>
  <w14:defaultImageDpi w14:val="300"/>
  <w15:docId w15:val="{27739F55-FF47-45B7-8B44-A4B8D5C1E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3ED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DA4EC0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848</Words>
  <Characters>4664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Sonia Valera Muelas</cp:lastModifiedBy>
  <cp:revision>2</cp:revision>
  <cp:lastPrinted>2026-07-07T07:45:00Z</cp:lastPrinted>
  <dcterms:created xsi:type="dcterms:W3CDTF">2026-09-18T08:37:00Z</dcterms:created>
  <dcterms:modified xsi:type="dcterms:W3CDTF">2026-09-18T08:37:00Z</dcterms:modified>
  <cp:category/>
</cp:coreProperties>
</file>