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59B0F" w14:textId="22101312" w:rsidR="00B32964" w:rsidRPr="003D5877" w:rsidRDefault="00000000">
      <w:pPr>
        <w:pStyle w:val="Ttulo1"/>
        <w:rPr>
          <w:color w:val="auto"/>
          <w:lang w:val="es-ES"/>
        </w:rPr>
      </w:pPr>
      <w:r w:rsidRPr="003D5877">
        <w:rPr>
          <w:color w:val="auto"/>
          <w:lang w:val="es-ES"/>
        </w:rPr>
        <w:t xml:space="preserve">DECLARACIÓN </w:t>
      </w:r>
      <w:r w:rsidR="00D75A46">
        <w:rPr>
          <w:color w:val="auto"/>
          <w:lang w:val="es-ES"/>
        </w:rPr>
        <w:t>RESPONSABLE</w:t>
      </w:r>
      <w:r w:rsidRPr="003D5877">
        <w:rPr>
          <w:color w:val="auto"/>
          <w:lang w:val="es-ES"/>
        </w:rPr>
        <w:t xml:space="preserve"> DE NO SER NECESARIA LICENCIA MUNICIPAL DE ACTIVIDAD</w:t>
      </w:r>
    </w:p>
    <w:p w14:paraId="17FA624C" w14:textId="77777777" w:rsidR="00B32964" w:rsidRPr="003D5877" w:rsidRDefault="00000000">
      <w:pPr>
        <w:rPr>
          <w:lang w:val="es-ES"/>
        </w:rPr>
      </w:pPr>
      <w:r w:rsidRPr="003D5877">
        <w:rPr>
          <w:lang w:val="es-ES"/>
        </w:rPr>
        <w:t>DIPUTACIÓN PROVINCIAL DE CUENCA</w:t>
      </w:r>
      <w:r w:rsidRPr="003D5877">
        <w:rPr>
          <w:lang w:val="es-ES"/>
        </w:rPr>
        <w:br/>
        <w:t>Servicio de Emprendimiento, Reto Demográfico y Agricultura</w:t>
      </w:r>
      <w:r w:rsidRPr="003D5877">
        <w:rPr>
          <w:lang w:val="es-ES"/>
        </w:rPr>
        <w:br/>
        <w:t>Convocatoria de Ayudas a Personas Trabajadoras Autónomas y Microempresas (Ejercicio 2025)</w:t>
      </w:r>
    </w:p>
    <w:p w14:paraId="7B99BAE6" w14:textId="77777777" w:rsidR="00B32964" w:rsidRPr="003D5877" w:rsidRDefault="00000000">
      <w:pPr>
        <w:spacing w:after="0"/>
        <w:rPr>
          <w:lang w:val="es-ES"/>
        </w:rPr>
      </w:pPr>
      <w:r w:rsidRPr="003D5877">
        <w:rPr>
          <w:lang w:val="es-ES"/>
        </w:rPr>
        <w:t>Don/Doña _____________________________________________, con DNI nº ______________________, en nombre propio / en representación de la entidad ______________________________________, con CIF nº ______________________, y domicilio fiscal en _____________________________________________,</w:t>
      </w:r>
    </w:p>
    <w:p w14:paraId="53A3F9B9" w14:textId="77777777" w:rsidR="00B32964" w:rsidRPr="003D5877" w:rsidRDefault="00000000">
      <w:pPr>
        <w:pStyle w:val="Ttulo2"/>
        <w:rPr>
          <w:color w:val="auto"/>
          <w:lang w:val="es-ES"/>
        </w:rPr>
      </w:pPr>
      <w:r w:rsidRPr="003D5877">
        <w:rPr>
          <w:color w:val="auto"/>
          <w:lang w:val="es-ES"/>
        </w:rPr>
        <w:t>DECLARA BAJO SU RESPONSABILIDAD:</w:t>
      </w:r>
    </w:p>
    <w:p w14:paraId="54B004E6" w14:textId="77777777" w:rsidR="00B32964" w:rsidRPr="003D5877" w:rsidRDefault="00000000">
      <w:pPr>
        <w:rPr>
          <w:lang w:val="es-ES"/>
        </w:rPr>
      </w:pPr>
      <w:r w:rsidRPr="003D5877">
        <w:rPr>
          <w:lang w:val="es-ES"/>
        </w:rPr>
        <w:t>1. Que la actividad económica que desarrolla y para la que solicita la subvención es:</w:t>
      </w:r>
      <w:r w:rsidRPr="003D5877">
        <w:rPr>
          <w:lang w:val="es-ES"/>
        </w:rPr>
        <w:br/>
        <w:t xml:space="preserve">   _______________________________________________________________________________</w:t>
      </w:r>
    </w:p>
    <w:p w14:paraId="7FB8CB76" w14:textId="77777777" w:rsidR="00B32964" w:rsidRPr="003D5877" w:rsidRDefault="00000000">
      <w:pPr>
        <w:rPr>
          <w:lang w:val="es-ES"/>
        </w:rPr>
      </w:pPr>
      <w:r w:rsidRPr="003D5877">
        <w:rPr>
          <w:lang w:val="es-ES"/>
        </w:rPr>
        <w:t>2. Que dicha actividad no requiere licencia municipal de actividad en el municipio de ____________________________.</w:t>
      </w:r>
    </w:p>
    <w:p w14:paraId="6F625AE3" w14:textId="77777777" w:rsidR="00B32964" w:rsidRPr="003D5877" w:rsidRDefault="00000000">
      <w:pPr>
        <w:rPr>
          <w:lang w:val="es-ES"/>
        </w:rPr>
      </w:pPr>
      <w:r w:rsidRPr="003D5877">
        <w:rPr>
          <w:lang w:val="es-ES"/>
        </w:rPr>
        <w:t>3. Que los datos consignados en esta declaración son ciertos y asume la responsabilidad en caso de falsedad o inexactitud.</w:t>
      </w:r>
    </w:p>
    <w:p w14:paraId="2B459B65" w14:textId="77777777" w:rsidR="00B32964" w:rsidRPr="003D5877" w:rsidRDefault="00000000">
      <w:pPr>
        <w:rPr>
          <w:lang w:val="es-ES"/>
        </w:rPr>
      </w:pPr>
      <w:r w:rsidRPr="003D5877">
        <w:rPr>
          <w:lang w:val="es-ES"/>
        </w:rPr>
        <w:br/>
        <w:t>En ________________________, a ____ de __________________ de 2025.</w:t>
      </w:r>
      <w:r w:rsidRPr="003D5877">
        <w:rPr>
          <w:lang w:val="es-ES"/>
        </w:rPr>
        <w:br/>
      </w:r>
      <w:r w:rsidRPr="003D5877">
        <w:rPr>
          <w:lang w:val="es-ES"/>
        </w:rPr>
        <w:br/>
        <w:t>Firma: _______________________________</w:t>
      </w:r>
      <w:r w:rsidRPr="003D5877">
        <w:rPr>
          <w:lang w:val="es-ES"/>
        </w:rPr>
        <w:br/>
        <w:t>(Nombre y apellidos del declarante)</w:t>
      </w:r>
    </w:p>
    <w:sectPr w:rsidR="00B32964" w:rsidRPr="003D587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9214727">
    <w:abstractNumId w:val="8"/>
  </w:num>
  <w:num w:numId="2" w16cid:durableId="16663306">
    <w:abstractNumId w:val="6"/>
  </w:num>
  <w:num w:numId="3" w16cid:durableId="1482497931">
    <w:abstractNumId w:val="5"/>
  </w:num>
  <w:num w:numId="4" w16cid:durableId="1303726885">
    <w:abstractNumId w:val="4"/>
  </w:num>
  <w:num w:numId="5" w16cid:durableId="2008433921">
    <w:abstractNumId w:val="7"/>
  </w:num>
  <w:num w:numId="6" w16cid:durableId="1977641957">
    <w:abstractNumId w:val="3"/>
  </w:num>
  <w:num w:numId="7" w16cid:durableId="760295706">
    <w:abstractNumId w:val="2"/>
  </w:num>
  <w:num w:numId="8" w16cid:durableId="36051033">
    <w:abstractNumId w:val="1"/>
  </w:num>
  <w:num w:numId="9" w16cid:durableId="1978340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381"/>
    <w:rsid w:val="0015074B"/>
    <w:rsid w:val="0029639D"/>
    <w:rsid w:val="00326F90"/>
    <w:rsid w:val="003D5877"/>
    <w:rsid w:val="00AA1D8D"/>
    <w:rsid w:val="00B32964"/>
    <w:rsid w:val="00B47730"/>
    <w:rsid w:val="00CB0664"/>
    <w:rsid w:val="00D75A46"/>
    <w:rsid w:val="00FA3E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75331"/>
  <w14:defaultImageDpi w14:val="300"/>
  <w15:docId w15:val="{2DC728FC-643D-4244-992D-5F27E44F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Pedro Luis Contreras Melgares</cp:lastModifiedBy>
  <cp:revision>4</cp:revision>
  <dcterms:created xsi:type="dcterms:W3CDTF">2025-10-21T10:03:00Z</dcterms:created>
  <dcterms:modified xsi:type="dcterms:W3CDTF">2025-10-21T10:10:00Z</dcterms:modified>
  <cp:category/>
</cp:coreProperties>
</file>